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5128" w14:textId="77777777" w:rsidR="00E65DB4" w:rsidRDefault="00B479C1">
      <w:pPr>
        <w:spacing w:before="760" w:after="320" w:line="240" w:lineRule="auto"/>
        <w:jc w:val="center"/>
      </w:pPr>
      <w:r>
        <w:rPr>
          <w:b/>
          <w:color w:val="8A6400"/>
          <w:sz w:val="19"/>
        </w:rPr>
        <w:t>DOWNLOADABLE TEMPLATE</w:t>
      </w:r>
    </w:p>
    <w:p w14:paraId="10B43544" w14:textId="77777777" w:rsidR="00E65DB4" w:rsidRDefault="00B479C1">
      <w:pPr>
        <w:spacing w:line="240" w:lineRule="auto"/>
        <w:jc w:val="center"/>
      </w:pPr>
      <w:r>
        <w:rPr>
          <w:b/>
          <w:color w:val="2E74B5"/>
          <w:sz w:val="34"/>
        </w:rPr>
        <w:t>SIer</w:t>
      </w:r>
      <w:r>
        <w:rPr>
          <w:b/>
          <w:color w:val="2E74B5"/>
          <w:sz w:val="34"/>
        </w:rPr>
        <w:t>転職で年収アップを狙う</w:t>
      </w:r>
    </w:p>
    <w:p w14:paraId="6C6C1AFC" w14:textId="77777777" w:rsidR="00E65DB4" w:rsidRDefault="00B479C1">
      <w:pPr>
        <w:spacing w:after="200" w:line="240" w:lineRule="auto"/>
        <w:jc w:val="center"/>
      </w:pPr>
      <w:r>
        <w:rPr>
          <w:b/>
          <w:color w:val="0B2545"/>
          <w:sz w:val="60"/>
        </w:rPr>
        <w:t>職務経歴書テンプレート</w:t>
      </w:r>
    </w:p>
    <w:p w14:paraId="0A5438FA" w14:textId="154BC7A1" w:rsidR="00E65DB4" w:rsidRDefault="00B479C1">
      <w:pPr>
        <w:spacing w:after="560" w:line="324" w:lineRule="auto"/>
        <w:jc w:val="center"/>
        <w:rPr>
          <w:rFonts w:hint="eastAsia"/>
          <w:lang w:eastAsia="ja-JP"/>
        </w:rPr>
      </w:pPr>
      <w:proofErr w:type="spellStart"/>
      <w:r>
        <w:rPr>
          <w:color w:val="5F6B7A"/>
          <w:sz w:val="23"/>
        </w:rPr>
        <w:t>担当工程・案件規模・役割・成果を、採用担当者に伝わる形へ整理する</w:t>
      </w:r>
      <w:proofErr w:type="spellEnd"/>
    </w:p>
    <w:p w14:paraId="5C1A7302" w14:textId="77777777" w:rsidR="00E65DB4" w:rsidRDefault="00B479C1">
      <w:pPr>
        <w:pBdr>
          <w:left w:val="single" w:sz="18" w:space="6" w:color="D4A72C"/>
        </w:pBdr>
        <w:shd w:val="clear" w:color="auto" w:fill="FFF7E3"/>
        <w:spacing w:after="160" w:line="276" w:lineRule="auto"/>
        <w:rPr>
          <w:lang w:eastAsia="ja-JP"/>
        </w:rPr>
      </w:pPr>
      <w:r>
        <w:rPr>
          <w:color w:val="8A6400"/>
          <w:sz w:val="18"/>
          <w:lang w:eastAsia="ja-JP"/>
        </w:rPr>
        <w:t>この</w:t>
      </w:r>
      <w:r>
        <w:rPr>
          <w:color w:val="8A6400"/>
          <w:sz w:val="18"/>
          <w:lang w:eastAsia="ja-JP"/>
        </w:rPr>
        <w:t>1</w:t>
      </w:r>
      <w:r>
        <w:rPr>
          <w:color w:val="8A6400"/>
          <w:sz w:val="18"/>
          <w:lang w:eastAsia="ja-JP"/>
        </w:rPr>
        <w:t>ページだけは使い方ガイドです。応募時には削除し、</w:t>
      </w:r>
      <w:r>
        <w:rPr>
          <w:color w:val="8A6400"/>
          <w:sz w:val="18"/>
          <w:lang w:eastAsia="ja-JP"/>
        </w:rPr>
        <w:t>2</w:t>
      </w:r>
      <w:r>
        <w:rPr>
          <w:color w:val="8A6400"/>
          <w:sz w:val="18"/>
          <w:lang w:eastAsia="ja-JP"/>
        </w:rPr>
        <w:t>ページ目以降を提出用に整えてください。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7860"/>
      </w:tblGrid>
      <w:tr w:rsidR="00E65DB4" w14:paraId="2C513DCC" w14:textId="77777777">
        <w:tc>
          <w:tcPr>
            <w:tcW w:w="150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BB09A9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STEP 1</w:t>
            </w:r>
          </w:p>
        </w:tc>
        <w:tc>
          <w:tcPr>
            <w:tcW w:w="7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E94DB" w14:textId="77777777" w:rsidR="00E65DB4" w:rsidRDefault="00B479C1">
            <w:pPr>
              <w:spacing w:after="0" w:line="283" w:lineRule="auto"/>
              <w:rPr>
                <w:lang w:eastAsia="ja-JP"/>
              </w:rPr>
            </w:pPr>
            <w:r>
              <w:rPr>
                <w:b/>
                <w:color w:val="1F4D78"/>
                <w:sz w:val="21"/>
                <w:lang w:eastAsia="ja-JP"/>
              </w:rPr>
              <w:t>案件を棚卸しする</w:t>
            </w:r>
            <w:r>
              <w:rPr>
                <w:b/>
                <w:color w:val="1F4D78"/>
                <w:sz w:val="21"/>
                <w:lang w:eastAsia="ja-JP"/>
              </w:rPr>
              <w:br/>
            </w:r>
            <w:r>
              <w:rPr>
                <w:sz w:val="19"/>
                <w:lang w:eastAsia="ja-JP"/>
              </w:rPr>
              <w:t>期間・規模・工程・技術・役割を、プロジェクト単位で記入します。</w:t>
            </w:r>
          </w:p>
        </w:tc>
      </w:tr>
      <w:tr w:rsidR="00E65DB4" w14:paraId="6486B25C" w14:textId="77777777">
        <w:tc>
          <w:tcPr>
            <w:tcW w:w="150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C8357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STEP 2</w:t>
            </w:r>
          </w:p>
        </w:tc>
        <w:tc>
          <w:tcPr>
            <w:tcW w:w="7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77E58" w14:textId="77777777" w:rsidR="00E65DB4" w:rsidRDefault="00B479C1">
            <w:pPr>
              <w:spacing w:after="0" w:line="283" w:lineRule="auto"/>
              <w:rPr>
                <w:lang w:eastAsia="ja-JP"/>
              </w:rPr>
            </w:pPr>
            <w:r>
              <w:rPr>
                <w:b/>
                <w:color w:val="1F4D78"/>
                <w:sz w:val="21"/>
                <w:lang w:eastAsia="ja-JP"/>
              </w:rPr>
              <w:t>成果を数字にする</w:t>
            </w:r>
            <w:r>
              <w:rPr>
                <w:b/>
                <w:color w:val="1F4D78"/>
                <w:sz w:val="21"/>
                <w:lang w:eastAsia="ja-JP"/>
              </w:rPr>
              <w:br/>
            </w:r>
            <w:r>
              <w:rPr>
                <w:sz w:val="19"/>
                <w:lang w:eastAsia="ja-JP"/>
              </w:rPr>
              <w:t>人数、期間、件数、削減時間、障害件数、レビュー件数などを拾います。</w:t>
            </w:r>
          </w:p>
        </w:tc>
      </w:tr>
      <w:tr w:rsidR="00E65DB4" w14:paraId="0A9EE2F6" w14:textId="77777777">
        <w:tc>
          <w:tcPr>
            <w:tcW w:w="1500" w:type="dxa"/>
            <w:shd w:val="clear" w:color="auto" w:fill="0B254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755CB3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FFFFFF"/>
                <w:sz w:val="19"/>
              </w:rPr>
              <w:t>STEP 3</w:t>
            </w:r>
          </w:p>
        </w:tc>
        <w:tc>
          <w:tcPr>
            <w:tcW w:w="7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1FA60" w14:textId="77777777" w:rsidR="00E65DB4" w:rsidRDefault="00B479C1">
            <w:pPr>
              <w:spacing w:after="0" w:line="283" w:lineRule="auto"/>
              <w:rPr>
                <w:lang w:eastAsia="ja-JP"/>
              </w:rPr>
            </w:pPr>
            <w:r>
              <w:rPr>
                <w:b/>
                <w:color w:val="1F4D78"/>
                <w:sz w:val="21"/>
                <w:lang w:eastAsia="ja-JP"/>
              </w:rPr>
              <w:t>応募先に合わせる</w:t>
            </w:r>
            <w:r>
              <w:rPr>
                <w:b/>
                <w:color w:val="1F4D78"/>
                <w:sz w:val="21"/>
                <w:lang w:eastAsia="ja-JP"/>
              </w:rPr>
              <w:br/>
            </w:r>
            <w:r>
              <w:rPr>
                <w:sz w:val="19"/>
                <w:lang w:eastAsia="ja-JP"/>
              </w:rPr>
              <w:t>大手</w:t>
            </w:r>
            <w:r>
              <w:rPr>
                <w:sz w:val="19"/>
                <w:lang w:eastAsia="ja-JP"/>
              </w:rPr>
              <w:t>SIer</w:t>
            </w:r>
            <w:r>
              <w:rPr>
                <w:sz w:val="19"/>
                <w:lang w:eastAsia="ja-JP"/>
              </w:rPr>
              <w:t>・社内</w:t>
            </w:r>
            <w:r>
              <w:rPr>
                <w:sz w:val="19"/>
                <w:lang w:eastAsia="ja-JP"/>
              </w:rPr>
              <w:t>SE</w:t>
            </w:r>
            <w:r>
              <w:rPr>
                <w:sz w:val="19"/>
                <w:lang w:eastAsia="ja-JP"/>
              </w:rPr>
              <w:t>・</w:t>
            </w:r>
            <w:r>
              <w:rPr>
                <w:sz w:val="19"/>
                <w:lang w:eastAsia="ja-JP"/>
              </w:rPr>
              <w:t>IT</w:t>
            </w:r>
            <w:r>
              <w:rPr>
                <w:sz w:val="19"/>
                <w:lang w:eastAsia="ja-JP"/>
              </w:rPr>
              <w:t>コンサルなど、求人で重視される経験を前に出します。</w:t>
            </w:r>
          </w:p>
        </w:tc>
      </w:tr>
    </w:tbl>
    <w:p w14:paraId="0C759FAF" w14:textId="77777777" w:rsidR="00E65DB4" w:rsidRDefault="00B479C1">
      <w:pPr>
        <w:keepNext/>
        <w:spacing w:before="280" w:after="140" w:line="240" w:lineRule="auto"/>
      </w:pPr>
      <w:proofErr w:type="spellStart"/>
      <w:r>
        <w:rPr>
          <w:b/>
          <w:color w:val="2E74B5"/>
          <w:sz w:val="24"/>
        </w:rPr>
        <w:t>書くときの基準</w:t>
      </w:r>
      <w:proofErr w:type="spellEnd"/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E65DB4" w14:paraId="068FA39C" w14:textId="77777777">
        <w:tc>
          <w:tcPr>
            <w:tcW w:w="1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BA56A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担当工程</w:t>
            </w:r>
          </w:p>
        </w:tc>
        <w:tc>
          <w:tcPr>
            <w:tcW w:w="7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586C1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『開発を担当』ではなく、要件定義／設計／開発／テスト／運用保守に分ける</w:t>
            </w:r>
          </w:p>
        </w:tc>
      </w:tr>
      <w:tr w:rsidR="00E65DB4" w14:paraId="2B8ACA38" w14:textId="77777777">
        <w:tc>
          <w:tcPr>
            <w:tcW w:w="1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845723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案件規模</w:t>
            </w:r>
            <w:proofErr w:type="spellEnd"/>
          </w:p>
        </w:tc>
        <w:tc>
          <w:tcPr>
            <w:tcW w:w="7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FADC9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全体人数、自チーム人数、期間、利用者数、予算など、分かる範囲で数字にする</w:t>
            </w:r>
          </w:p>
        </w:tc>
      </w:tr>
      <w:tr w:rsidR="00E65DB4" w14:paraId="1BC34038" w14:textId="77777777">
        <w:tc>
          <w:tcPr>
            <w:tcW w:w="1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C83CA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役割</w:t>
            </w:r>
            <w:proofErr w:type="spellEnd"/>
          </w:p>
        </w:tc>
        <w:tc>
          <w:tcPr>
            <w:tcW w:w="7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88DC2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肩書きではなく、顧客窓口、レビュー、進捗管理、課題管理など実際の責任を書く</w:t>
            </w:r>
          </w:p>
        </w:tc>
      </w:tr>
      <w:tr w:rsidR="00E65DB4" w14:paraId="60788AC1" w14:textId="77777777">
        <w:tc>
          <w:tcPr>
            <w:tcW w:w="1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357D2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成果</w:t>
            </w:r>
            <w:proofErr w:type="spellEnd"/>
          </w:p>
        </w:tc>
        <w:tc>
          <w:tcPr>
            <w:tcW w:w="7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CCE4F6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『貢献した』で終わらせず、何を変え、どれだけ改善したかを書く</w:t>
            </w:r>
          </w:p>
        </w:tc>
      </w:tr>
    </w:tbl>
    <w:p w14:paraId="0B7002B5" w14:textId="77777777" w:rsidR="00E65DB4" w:rsidRDefault="00B479C1">
      <w:pPr>
        <w:spacing w:before="280" w:after="0" w:line="240" w:lineRule="auto"/>
        <w:jc w:val="center"/>
      </w:pPr>
      <w:proofErr w:type="spellStart"/>
      <w:r>
        <w:rPr>
          <w:color w:val="5F6B7A"/>
          <w:sz w:val="17"/>
        </w:rPr>
        <w:t>提供：</w:t>
      </w:r>
      <w:r>
        <w:rPr>
          <w:color w:val="5F6B7A"/>
          <w:sz w:val="17"/>
        </w:rPr>
        <w:t>SIer</w:t>
      </w:r>
      <w:r>
        <w:rPr>
          <w:color w:val="5F6B7A"/>
          <w:sz w:val="17"/>
        </w:rPr>
        <w:t>キャリアアップ戦略室</w:t>
      </w:r>
      <w:proofErr w:type="spellEnd"/>
      <w:r>
        <w:rPr>
          <w:color w:val="5F6B7A"/>
          <w:sz w:val="17"/>
        </w:rPr>
        <w:t xml:space="preserve">  |  </w:t>
      </w:r>
      <w:proofErr w:type="spellStart"/>
      <w:r>
        <w:rPr>
          <w:color w:val="5F6B7A"/>
          <w:sz w:val="17"/>
        </w:rPr>
        <w:t>siercareerup.tech</w:t>
      </w:r>
      <w:proofErr w:type="spellEnd"/>
    </w:p>
    <w:p w14:paraId="63247F24" w14:textId="77777777" w:rsidR="00E65DB4" w:rsidRDefault="00B479C1">
      <w:r>
        <w:br w:type="page"/>
      </w:r>
    </w:p>
    <w:p w14:paraId="0A2E7A6C" w14:textId="77777777" w:rsidR="00E65DB4" w:rsidRDefault="00B479C1">
      <w:pPr>
        <w:spacing w:after="80" w:line="240" w:lineRule="auto"/>
        <w:jc w:val="center"/>
      </w:pPr>
      <w:r>
        <w:rPr>
          <w:b/>
          <w:color w:val="0B2545"/>
          <w:sz w:val="48"/>
        </w:rPr>
        <w:lastRenderedPageBreak/>
        <w:t>職務経歴書</w:t>
      </w:r>
    </w:p>
    <w:p w14:paraId="341B3BC1" w14:textId="77777777" w:rsidR="00E65DB4" w:rsidRDefault="00B479C1">
      <w:pPr>
        <w:spacing w:after="200" w:line="240" w:lineRule="auto"/>
        <w:jc w:val="right"/>
      </w:pPr>
      <w:r>
        <w:rPr>
          <w:color w:val="5F6B7A"/>
          <w:sz w:val="20"/>
        </w:rPr>
        <w:t>作成日：［</w:t>
      </w:r>
      <w:r>
        <w:rPr>
          <w:color w:val="5F6B7A"/>
          <w:sz w:val="20"/>
        </w:rPr>
        <w:t>YYYY</w:t>
      </w:r>
      <w:r>
        <w:rPr>
          <w:color w:val="5F6B7A"/>
          <w:sz w:val="20"/>
        </w:rPr>
        <w:t>年</w:t>
      </w:r>
      <w:r>
        <w:rPr>
          <w:color w:val="5F6B7A"/>
          <w:sz w:val="20"/>
        </w:rPr>
        <w:t>MM</w:t>
      </w:r>
      <w:r>
        <w:rPr>
          <w:color w:val="5F6B7A"/>
          <w:sz w:val="20"/>
        </w:rPr>
        <w:t>月</w:t>
      </w:r>
      <w:r>
        <w:rPr>
          <w:color w:val="5F6B7A"/>
          <w:sz w:val="20"/>
        </w:rPr>
        <w:t>DD</w:t>
      </w:r>
      <w:r>
        <w:rPr>
          <w:color w:val="5F6B7A"/>
          <w:sz w:val="20"/>
        </w:rPr>
        <w:t>日］　　氏名：［氏名］</w:t>
      </w:r>
    </w:p>
    <w:p w14:paraId="13D02FA3" w14:textId="77777777" w:rsidR="00E65DB4" w:rsidRDefault="00B479C1">
      <w:pPr>
        <w:pBdr>
          <w:left w:val="single" w:sz="18" w:space="6" w:color="D4A72C"/>
        </w:pBdr>
        <w:shd w:val="clear" w:color="auto" w:fill="FFF7E3"/>
        <w:spacing w:after="160" w:line="276" w:lineRule="auto"/>
        <w:rPr>
          <w:lang w:eastAsia="ja-JP"/>
        </w:rPr>
      </w:pPr>
      <w:r>
        <w:rPr>
          <w:color w:val="8A6400"/>
          <w:sz w:val="18"/>
          <w:lang w:eastAsia="ja-JP"/>
        </w:rPr>
        <w:t>編集メモ（提出前に削除）：［入力］部分を置き換え、書けない項目は無理に埋めず削除してください。</w:t>
      </w:r>
    </w:p>
    <w:p w14:paraId="34C02F7F" w14:textId="77777777" w:rsidR="00E65DB4" w:rsidRDefault="00B479C1">
      <w:pPr>
        <w:pStyle w:val="1"/>
      </w:pPr>
      <w:proofErr w:type="spellStart"/>
      <w:r>
        <w:rPr>
          <w:rFonts w:ascii="Noto Sans JP" w:eastAsia="Noto Sans JP" w:hAnsi="Noto Sans JP"/>
        </w:rPr>
        <w:t>職務要約</w:t>
      </w:r>
      <w:proofErr w:type="spellEnd"/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5DB4" w14:paraId="0D8EA5F9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AE637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  <w:lang w:eastAsia="ja-JP"/>
              </w:rPr>
              <w:t>[SIer</w:t>
            </w:r>
            <w:r>
              <w:rPr>
                <w:i/>
                <w:color w:val="5F6B7A"/>
                <w:sz w:val="19"/>
                <w:lang w:eastAsia="ja-JP"/>
              </w:rPr>
              <w:t>にて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年間、</w:t>
            </w:r>
            <w:r>
              <w:rPr>
                <w:i/>
                <w:color w:val="5F6B7A"/>
                <w:sz w:val="19"/>
                <w:lang w:eastAsia="ja-JP"/>
              </w:rPr>
              <w:t>○○</w:t>
            </w:r>
            <w:r>
              <w:rPr>
                <w:i/>
                <w:color w:val="5F6B7A"/>
                <w:sz w:val="19"/>
                <w:lang w:eastAsia="ja-JP"/>
              </w:rPr>
              <w:t>業界向けシステムの</w:t>
            </w:r>
            <w:r>
              <w:rPr>
                <w:i/>
                <w:color w:val="5F6B7A"/>
                <w:sz w:val="19"/>
                <w:lang w:eastAsia="ja-JP"/>
              </w:rPr>
              <w:t>○○</w:t>
            </w:r>
            <w:r>
              <w:rPr>
                <w:i/>
                <w:color w:val="5F6B7A"/>
                <w:sz w:val="19"/>
                <w:lang w:eastAsia="ja-JP"/>
              </w:rPr>
              <w:t>工程に従事。</w:t>
            </w:r>
            <w:r>
              <w:rPr>
                <w:i/>
                <w:color w:val="5F6B7A"/>
                <w:sz w:val="19"/>
                <w:lang w:eastAsia="ja-JP"/>
              </w:rPr>
              <w:t>Java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AWS</w:t>
            </w:r>
            <w:r>
              <w:rPr>
                <w:i/>
                <w:color w:val="5F6B7A"/>
                <w:sz w:val="19"/>
                <w:lang w:eastAsia="ja-JP"/>
              </w:rPr>
              <w:t>などを用いた</w:t>
            </w:r>
            <w:r>
              <w:rPr>
                <w:i/>
                <w:color w:val="5F6B7A"/>
                <w:sz w:val="19"/>
                <w:lang w:eastAsia="ja-JP"/>
              </w:rPr>
              <w:t>○○</w:t>
            </w:r>
            <w:r>
              <w:rPr>
                <w:i/>
                <w:color w:val="5F6B7A"/>
                <w:sz w:val="19"/>
                <w:lang w:eastAsia="ja-JP"/>
              </w:rPr>
              <w:t>経験に加え、顧客との仕様調整や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名チームの進捗管理を担当。</w:t>
            </w:r>
            <w:r>
              <w:rPr>
                <w:i/>
                <w:color w:val="5F6B7A"/>
                <w:sz w:val="19"/>
                <w:lang w:eastAsia="ja-JP"/>
              </w:rPr>
              <w:t>○○</w:t>
            </w:r>
            <w:r>
              <w:rPr>
                <w:i/>
                <w:color w:val="5F6B7A"/>
                <w:sz w:val="19"/>
                <w:lang w:eastAsia="ja-JP"/>
              </w:rPr>
              <w:t>の改善により月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時間の工数削減を実現。今後は</w:t>
            </w:r>
            <w:r>
              <w:rPr>
                <w:i/>
                <w:color w:val="5F6B7A"/>
                <w:sz w:val="19"/>
                <w:lang w:eastAsia="ja-JP"/>
              </w:rPr>
              <w:t>○○</w:t>
            </w:r>
            <w:r>
              <w:rPr>
                <w:i/>
                <w:color w:val="5F6B7A"/>
                <w:sz w:val="19"/>
                <w:lang w:eastAsia="ja-JP"/>
              </w:rPr>
              <w:t>の経験を活かし、</w:t>
            </w:r>
            <w:r>
              <w:rPr>
                <w:i/>
                <w:color w:val="5F6B7A"/>
                <w:sz w:val="19"/>
                <w:lang w:eastAsia="ja-JP"/>
              </w:rPr>
              <w:t>○○</w:t>
            </w:r>
            <w:r>
              <w:rPr>
                <w:i/>
                <w:color w:val="5F6B7A"/>
                <w:sz w:val="19"/>
                <w:lang w:eastAsia="ja-JP"/>
              </w:rPr>
              <w:t>として貢献したい。</w:t>
            </w:r>
            <w:r>
              <w:rPr>
                <w:i/>
                <w:color w:val="5F6B7A"/>
                <w:sz w:val="19"/>
              </w:rPr>
              <w:t>]</w:t>
            </w:r>
          </w:p>
        </w:tc>
      </w:tr>
      <w:tr w:rsidR="00E65DB4" w14:paraId="797B9C89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81FAB4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目安：</w:t>
            </w:r>
            <w:r>
              <w:rPr>
                <w:i/>
                <w:color w:val="5F6B7A"/>
                <w:sz w:val="19"/>
                <w:lang w:eastAsia="ja-JP"/>
              </w:rPr>
              <w:t>250</w:t>
            </w:r>
            <w:r>
              <w:rPr>
                <w:i/>
                <w:color w:val="5F6B7A"/>
                <w:sz w:val="19"/>
                <w:lang w:eastAsia="ja-JP"/>
              </w:rPr>
              <w:t>〜</w:t>
            </w:r>
            <w:r>
              <w:rPr>
                <w:i/>
                <w:color w:val="5F6B7A"/>
                <w:sz w:val="19"/>
                <w:lang w:eastAsia="ja-JP"/>
              </w:rPr>
              <w:t>350</w:t>
            </w:r>
            <w:r>
              <w:rPr>
                <w:i/>
                <w:color w:val="5F6B7A"/>
                <w:sz w:val="19"/>
                <w:lang w:eastAsia="ja-JP"/>
              </w:rPr>
              <w:t>字。経験年数</w:t>
            </w:r>
            <w:r>
              <w:rPr>
                <w:i/>
                <w:color w:val="5F6B7A"/>
                <w:sz w:val="19"/>
                <w:lang w:eastAsia="ja-JP"/>
              </w:rPr>
              <w:t xml:space="preserve"> → </w:t>
            </w:r>
            <w:r>
              <w:rPr>
                <w:i/>
                <w:color w:val="5F6B7A"/>
                <w:sz w:val="19"/>
                <w:lang w:eastAsia="ja-JP"/>
              </w:rPr>
              <w:t>得意領域</w:t>
            </w:r>
            <w:r>
              <w:rPr>
                <w:i/>
                <w:color w:val="5F6B7A"/>
                <w:sz w:val="19"/>
                <w:lang w:eastAsia="ja-JP"/>
              </w:rPr>
              <w:t xml:space="preserve"> → </w:t>
            </w:r>
            <w:r>
              <w:rPr>
                <w:i/>
                <w:color w:val="5F6B7A"/>
                <w:sz w:val="19"/>
                <w:lang w:eastAsia="ja-JP"/>
              </w:rPr>
              <w:t>上流・顧客対応・管理経験</w:t>
            </w:r>
            <w:r>
              <w:rPr>
                <w:i/>
                <w:color w:val="5F6B7A"/>
                <w:sz w:val="19"/>
                <w:lang w:eastAsia="ja-JP"/>
              </w:rPr>
              <w:t xml:space="preserve"> → </w:t>
            </w:r>
            <w:r>
              <w:rPr>
                <w:i/>
                <w:color w:val="5F6B7A"/>
                <w:sz w:val="19"/>
                <w:lang w:eastAsia="ja-JP"/>
              </w:rPr>
              <w:t>数字で示せる成果</w:t>
            </w:r>
            <w:r>
              <w:rPr>
                <w:i/>
                <w:color w:val="5F6B7A"/>
                <w:sz w:val="19"/>
                <w:lang w:eastAsia="ja-JP"/>
              </w:rPr>
              <w:t xml:space="preserve"> → </w:t>
            </w:r>
            <w:r>
              <w:rPr>
                <w:i/>
                <w:color w:val="5F6B7A"/>
                <w:sz w:val="19"/>
                <w:lang w:eastAsia="ja-JP"/>
              </w:rPr>
              <w:t>応募先で活かせる強みの順で記載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7702DC07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1291C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proofErr w:type="spellStart"/>
            <w:r>
              <w:rPr>
                <w:i/>
                <w:color w:val="5F6B7A"/>
                <w:sz w:val="19"/>
              </w:rPr>
              <w:t>入力</w:t>
            </w:r>
            <w:proofErr w:type="spellEnd"/>
            <w:r>
              <w:rPr>
                <w:i/>
                <w:color w:val="5F6B7A"/>
                <w:sz w:val="19"/>
              </w:rPr>
              <w:t>]</w:t>
            </w:r>
          </w:p>
        </w:tc>
      </w:tr>
    </w:tbl>
    <w:p w14:paraId="43BFF5F9" w14:textId="77777777" w:rsidR="00E65DB4" w:rsidRDefault="00B479C1">
      <w:pPr>
        <w:pStyle w:val="1"/>
        <w:rPr>
          <w:lang w:eastAsia="ja-JP"/>
        </w:rPr>
      </w:pPr>
      <w:r>
        <w:rPr>
          <w:rFonts w:ascii="Noto Sans JP" w:eastAsia="Noto Sans JP" w:hAnsi="Noto Sans JP"/>
          <w:lang w:eastAsia="ja-JP"/>
        </w:rPr>
        <w:t>活かせる経験・知識・スキル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E65DB4" w14:paraId="7F348B9B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C2DFF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得意な工程</w:t>
            </w:r>
            <w:proofErr w:type="spellEnd"/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8D4FA1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要件定義／基本設計／詳細設計／開発／テスト／運用保守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79B542FE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DCBB63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技術</w:t>
            </w:r>
            <w:proofErr w:type="spellEnd"/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D8508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言語、フレームワーク、</w:t>
            </w:r>
            <w:r>
              <w:rPr>
                <w:i/>
                <w:color w:val="5F6B7A"/>
                <w:sz w:val="19"/>
                <w:lang w:eastAsia="ja-JP"/>
              </w:rPr>
              <w:t>DB</w:t>
            </w:r>
            <w:r>
              <w:rPr>
                <w:i/>
                <w:color w:val="5F6B7A"/>
                <w:sz w:val="19"/>
                <w:lang w:eastAsia="ja-JP"/>
              </w:rPr>
              <w:t>、</w:t>
            </w:r>
            <w:r>
              <w:rPr>
                <w:i/>
                <w:color w:val="5F6B7A"/>
                <w:sz w:val="19"/>
                <w:lang w:eastAsia="ja-JP"/>
              </w:rPr>
              <w:t>OS</w:t>
            </w:r>
            <w:r>
              <w:rPr>
                <w:i/>
                <w:color w:val="5F6B7A"/>
                <w:sz w:val="19"/>
                <w:lang w:eastAsia="ja-JP"/>
              </w:rPr>
              <w:t>、クラウド、ネットワーク、ツール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06F94FD1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8083B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顧客対応</w:t>
            </w:r>
            <w:proofErr w:type="spellEnd"/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07FF3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ヒアリング、要望整理、仕様調整、定例報告、提案、問い合わせ対応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35A04020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7C3CB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マネジメント</w:t>
            </w:r>
            <w:proofErr w:type="spellEnd"/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F056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管理人数、期間、進捗・品質・課題・ベンダー管理、レビュー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609D7407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8EC81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改善・自動化</w:t>
            </w:r>
            <w:proofErr w:type="spellEnd"/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60BBF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工数削減、品質向上、障害削減、標準化、手順整備、</w:t>
            </w:r>
            <w:r>
              <w:rPr>
                <w:i/>
                <w:color w:val="5F6B7A"/>
                <w:sz w:val="19"/>
              </w:rPr>
              <w:t>CI/CD</w:t>
            </w:r>
            <w:r>
              <w:rPr>
                <w:i/>
                <w:color w:val="5F6B7A"/>
                <w:sz w:val="19"/>
              </w:rPr>
              <w:t>、</w:t>
            </w:r>
            <w:r>
              <w:rPr>
                <w:i/>
                <w:color w:val="5F6B7A"/>
                <w:sz w:val="19"/>
              </w:rPr>
              <w:t>IaC]</w:t>
            </w:r>
          </w:p>
        </w:tc>
      </w:tr>
      <w:tr w:rsidR="00E65DB4" w14:paraId="564A5961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921FD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業界・業務知識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99A8A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金融、製造、公共、通信、流通など／業務領域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4E7ADD69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3AF62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成長領域</w:t>
            </w:r>
            <w:proofErr w:type="spellEnd"/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C37F1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[AWS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Azure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Google Cloud</w:t>
            </w:r>
            <w:r>
              <w:rPr>
                <w:i/>
                <w:color w:val="5F6B7A"/>
                <w:sz w:val="19"/>
                <w:lang w:eastAsia="ja-JP"/>
              </w:rPr>
              <w:t>／セキュリティ／</w:t>
            </w:r>
            <w:r>
              <w:rPr>
                <w:i/>
                <w:color w:val="5F6B7A"/>
                <w:sz w:val="19"/>
                <w:lang w:eastAsia="ja-JP"/>
              </w:rPr>
              <w:t>AI</w:t>
            </w:r>
            <w:r>
              <w:rPr>
                <w:i/>
                <w:color w:val="5F6B7A"/>
                <w:sz w:val="19"/>
                <w:lang w:eastAsia="ja-JP"/>
              </w:rPr>
              <w:t>・データ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5A8CDC36" w14:textId="77777777" w:rsidR="00E65DB4" w:rsidRDefault="00B479C1">
      <w:pPr>
        <w:pStyle w:val="1"/>
      </w:pPr>
      <w:proofErr w:type="spellStart"/>
      <w:r>
        <w:rPr>
          <w:rFonts w:ascii="Noto Sans JP" w:eastAsia="Noto Sans JP" w:hAnsi="Noto Sans JP"/>
        </w:rPr>
        <w:lastRenderedPageBreak/>
        <w:t>職歴</w:t>
      </w:r>
      <w:proofErr w:type="spellEnd"/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E65DB4" w14:paraId="48CEDF05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8E000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［会社名］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65EC7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月入社〜現在／</w:t>
            </w:r>
            <w:r>
              <w:rPr>
                <w:i/>
                <w:color w:val="5F6B7A"/>
                <w:sz w:val="19"/>
              </w:rPr>
              <w:t>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月退職</w:t>
            </w:r>
            <w:r>
              <w:rPr>
                <w:i/>
                <w:color w:val="5F6B7A"/>
                <w:sz w:val="19"/>
              </w:rPr>
              <w:t>]</w:t>
            </w:r>
          </w:p>
        </w:tc>
      </w:tr>
      <w:tr w:rsidR="00E65DB4" w14:paraId="57ADC924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E9DC8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事業内容・規模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7C8C4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事業内容、資本金、従業員数など。</w:t>
            </w:r>
            <w:r>
              <w:rPr>
                <w:i/>
                <w:color w:val="5F6B7A"/>
                <w:sz w:val="19"/>
              </w:rPr>
              <w:t>分かる範囲で記載</w:t>
            </w:r>
            <w:r>
              <w:rPr>
                <w:i/>
                <w:color w:val="5F6B7A"/>
                <w:sz w:val="19"/>
              </w:rPr>
              <w:t>]</w:t>
            </w:r>
          </w:p>
        </w:tc>
      </w:tr>
      <w:tr w:rsidR="00E65DB4" w14:paraId="485C4822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A3DEC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雇用形態・役職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66A64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正社員／契約社員など、役職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174816F9" w14:textId="77777777" w:rsidR="00E65DB4" w:rsidRDefault="00E65DB4">
      <w:pPr>
        <w:spacing w:after="20"/>
        <w:rPr>
          <w:lang w:eastAsia="ja-JP"/>
        </w:rPr>
      </w:pPr>
    </w:p>
    <w:p w14:paraId="43A60109" w14:textId="77777777" w:rsidR="00E65DB4" w:rsidRDefault="00B479C1">
      <w:pPr>
        <w:rPr>
          <w:lang w:eastAsia="ja-JP"/>
        </w:rPr>
      </w:pPr>
      <w:r>
        <w:rPr>
          <w:lang w:eastAsia="ja-JP"/>
        </w:rPr>
        <w:br w:type="page"/>
      </w:r>
    </w:p>
    <w:p w14:paraId="5282810C" w14:textId="77777777" w:rsidR="00E65DB4" w:rsidRDefault="00B479C1">
      <w:pPr>
        <w:pStyle w:val="1"/>
        <w:rPr>
          <w:lang w:eastAsia="ja-JP"/>
        </w:rPr>
      </w:pPr>
      <w:r>
        <w:rPr>
          <w:rFonts w:ascii="Noto Sans JP" w:eastAsia="Noto Sans JP" w:hAnsi="Noto Sans JP"/>
          <w:lang w:eastAsia="ja-JP"/>
        </w:rPr>
        <w:lastRenderedPageBreak/>
        <w:t>プロジェクト経歴</w:t>
      </w:r>
      <w:r>
        <w:rPr>
          <w:rFonts w:ascii="Noto Sans JP" w:eastAsia="Noto Sans JP" w:hAnsi="Noto Sans JP"/>
          <w:lang w:eastAsia="ja-JP"/>
        </w:rPr>
        <w:t xml:space="preserve"> 1</w:t>
      </w:r>
    </w:p>
    <w:p w14:paraId="739D8DD6" w14:textId="77777777" w:rsidR="00E65DB4" w:rsidRDefault="00B479C1">
      <w:pPr>
        <w:pBdr>
          <w:left w:val="single" w:sz="18" w:space="6" w:color="D4A72C"/>
        </w:pBdr>
        <w:shd w:val="clear" w:color="auto" w:fill="FFF7E3"/>
        <w:spacing w:after="160" w:line="276" w:lineRule="auto"/>
        <w:rPr>
          <w:lang w:eastAsia="ja-JP"/>
        </w:rPr>
      </w:pPr>
      <w:r>
        <w:rPr>
          <w:color w:val="8A6400"/>
          <w:sz w:val="18"/>
          <w:lang w:eastAsia="ja-JP"/>
        </w:rPr>
        <w:t>編集メモ（提出前に削除）：新しい順に記入すると、直近の市場価値が伝わりやすくなります。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180"/>
        <w:gridCol w:w="1500"/>
        <w:gridCol w:w="3180"/>
      </w:tblGrid>
      <w:tr w:rsidR="00E65DB4" w14:paraId="493445B3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73AD5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期間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8F363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月〜</w:t>
            </w:r>
            <w:r>
              <w:rPr>
                <w:i/>
                <w:color w:val="5F6B7A"/>
                <w:sz w:val="19"/>
              </w:rPr>
              <w:t>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1E2078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顧客業界</w:t>
            </w:r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046AD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金融／製造／公共／通信など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0CD7FFE1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62AF41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案件概要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A3889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システム名は一般化して記載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7DD92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規模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C2945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全体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名／自チーム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名／利用者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名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17BDC64C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01CF9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役割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46C2D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メンバー／</w:t>
            </w:r>
            <w:r>
              <w:rPr>
                <w:i/>
                <w:color w:val="5F6B7A"/>
                <w:sz w:val="19"/>
                <w:lang w:eastAsia="ja-JP"/>
              </w:rPr>
              <w:t>SL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PL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PMO</w:t>
            </w:r>
            <w:r>
              <w:rPr>
                <w:i/>
                <w:color w:val="5F6B7A"/>
                <w:sz w:val="19"/>
                <w:lang w:eastAsia="ja-JP"/>
              </w:rPr>
              <w:t>など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6CD86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担当工程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7329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□</w:t>
            </w:r>
            <w:r>
              <w:rPr>
                <w:i/>
                <w:color w:val="5F6B7A"/>
                <w:sz w:val="19"/>
                <w:lang w:eastAsia="ja-JP"/>
              </w:rPr>
              <w:t>要件定義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基本設計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詳細設計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開発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テスト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運用保守</w:t>
            </w:r>
          </w:p>
        </w:tc>
      </w:tr>
      <w:tr w:rsidR="00E65DB4" w14:paraId="12DA2710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CFE7D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技術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BFA0B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言語／</w:t>
            </w:r>
            <w:r>
              <w:rPr>
                <w:i/>
                <w:color w:val="5F6B7A"/>
                <w:sz w:val="19"/>
                <w:lang w:eastAsia="ja-JP"/>
              </w:rPr>
              <w:t>FW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DB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OS</w:t>
            </w:r>
            <w:r>
              <w:rPr>
                <w:i/>
                <w:color w:val="5F6B7A"/>
                <w:sz w:val="19"/>
                <w:lang w:eastAsia="ja-JP"/>
              </w:rPr>
              <w:t>／クラウド／ツール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462C6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商流・立場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DF344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元請／一次請／二次請、顧客窓口の有無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56193C7F" w14:textId="77777777" w:rsidR="00E65DB4" w:rsidRDefault="00B479C1">
      <w:pPr>
        <w:keepNext/>
        <w:shd w:val="clear" w:color="auto" w:fill="0B2545"/>
        <w:spacing w:before="160" w:line="240" w:lineRule="auto"/>
        <w:rPr>
          <w:lang w:eastAsia="ja-JP"/>
        </w:rPr>
      </w:pPr>
      <w:r>
        <w:rPr>
          <w:b/>
          <w:color w:val="FFFFFF"/>
          <w:lang w:eastAsia="ja-JP"/>
        </w:rPr>
        <w:t>担当業務</w:t>
      </w:r>
      <w:r>
        <w:rPr>
          <w:b/>
          <w:color w:val="FFFFFF"/>
          <w:lang w:eastAsia="ja-JP"/>
        </w:rPr>
        <w:t xml:space="preserve">  |  </w:t>
      </w:r>
      <w:r>
        <w:rPr>
          <w:b/>
          <w:color w:val="FFFFFF"/>
          <w:lang w:eastAsia="ja-JP"/>
        </w:rPr>
        <w:t>工程ごとに『何を任されたか』を書く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5DB4" w14:paraId="2FB0C859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2AA02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例：顧客ヒアリングで要望を整理し、業務要件・システム要件へ落とし込み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025756BE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2CBF6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例：基本設計〜結合テストを担当。設計書レビューと開発メンバーへの仕様共有を実施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0DCAC36A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A7573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例：障害対応、問い合わせ分析、月次作業、運用改善、手順書整備を担当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36B7747A" w14:textId="77777777" w:rsidR="00E65DB4" w:rsidRDefault="00B479C1">
      <w:pPr>
        <w:keepNext/>
        <w:shd w:val="clear" w:color="auto" w:fill="0B2545"/>
        <w:spacing w:before="160" w:line="240" w:lineRule="auto"/>
      </w:pPr>
      <w:proofErr w:type="spellStart"/>
      <w:r>
        <w:rPr>
          <w:b/>
          <w:color w:val="FFFFFF"/>
        </w:rPr>
        <w:t>成果・工夫</w:t>
      </w:r>
      <w:proofErr w:type="spellEnd"/>
      <w:r>
        <w:rPr>
          <w:b/>
          <w:color w:val="FFFFFF"/>
        </w:rPr>
        <w:t xml:space="preserve">  |  Before → Action → Result</w:t>
      </w:r>
      <w:r>
        <w:rPr>
          <w:b/>
          <w:color w:val="FFFFFF"/>
        </w:rPr>
        <w:t>で数字を入れる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E65DB4" w14:paraId="226A90CD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C4449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課題（</w:t>
            </w:r>
            <w:r>
              <w:rPr>
                <w:b/>
                <w:color w:val="1F4D78"/>
                <w:sz w:val="19"/>
              </w:rPr>
              <w:t>Before</w:t>
            </w:r>
            <w:r>
              <w:rPr>
                <w:b/>
                <w:color w:val="1F4D78"/>
                <w:sz w:val="19"/>
              </w:rPr>
              <w:t>）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487C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例：月次集計が手作業で、担当者</w:t>
            </w:r>
            <w:r>
              <w:rPr>
                <w:i/>
                <w:color w:val="5F6B7A"/>
                <w:sz w:val="19"/>
                <w:lang w:eastAsia="ja-JP"/>
              </w:rPr>
              <w:t>2</w:t>
            </w:r>
            <w:r>
              <w:rPr>
                <w:i/>
                <w:color w:val="5F6B7A"/>
                <w:sz w:val="19"/>
                <w:lang w:eastAsia="ja-JP"/>
              </w:rPr>
              <w:t>名が毎月</w:t>
            </w:r>
            <w:r>
              <w:rPr>
                <w:i/>
                <w:color w:val="5F6B7A"/>
                <w:sz w:val="19"/>
                <w:lang w:eastAsia="ja-JP"/>
              </w:rPr>
              <w:t>15</w:t>
            </w:r>
            <w:r>
              <w:rPr>
                <w:i/>
                <w:color w:val="5F6B7A"/>
                <w:sz w:val="19"/>
                <w:lang w:eastAsia="ja-JP"/>
              </w:rPr>
              <w:t>時間を費やしていた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0F507C74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1CD54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行動（</w:t>
            </w:r>
            <w:r>
              <w:rPr>
                <w:b/>
                <w:color w:val="1F4D78"/>
                <w:sz w:val="19"/>
              </w:rPr>
              <w:t>Action</w:t>
            </w:r>
            <w:proofErr w:type="spellEnd"/>
            <w:r>
              <w:rPr>
                <w:b/>
                <w:color w:val="1F4D78"/>
                <w:sz w:val="19"/>
              </w:rPr>
              <w:t>）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F0CF3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例：処理手順を棚卸しし、</w:t>
            </w:r>
            <w:r>
              <w:rPr>
                <w:i/>
                <w:color w:val="5F6B7A"/>
                <w:sz w:val="19"/>
                <w:lang w:eastAsia="ja-JP"/>
              </w:rPr>
              <w:t>SQL</w:t>
            </w:r>
            <w:r>
              <w:rPr>
                <w:i/>
                <w:color w:val="5F6B7A"/>
                <w:sz w:val="19"/>
                <w:lang w:eastAsia="ja-JP"/>
              </w:rPr>
              <w:t>とバッチ処理による自動化を提案・実装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5EACABAB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C32E22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成果（</w:t>
            </w:r>
            <w:r>
              <w:rPr>
                <w:b/>
                <w:color w:val="1F4D78"/>
                <w:sz w:val="19"/>
              </w:rPr>
              <w:t>Result</w:t>
            </w:r>
            <w:proofErr w:type="spellEnd"/>
            <w:r>
              <w:rPr>
                <w:b/>
                <w:color w:val="1F4D78"/>
                <w:sz w:val="19"/>
              </w:rPr>
              <w:t>）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D8679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例：月</w:t>
            </w:r>
            <w:r>
              <w:rPr>
                <w:i/>
                <w:color w:val="5F6B7A"/>
                <w:sz w:val="19"/>
                <w:lang w:eastAsia="ja-JP"/>
              </w:rPr>
              <w:t>10</w:t>
            </w:r>
            <w:r>
              <w:rPr>
                <w:i/>
                <w:color w:val="5F6B7A"/>
                <w:sz w:val="19"/>
                <w:lang w:eastAsia="ja-JP"/>
              </w:rPr>
              <w:t>時間の工数削減。作業漏れを</w:t>
            </w:r>
            <w:r>
              <w:rPr>
                <w:i/>
                <w:color w:val="5F6B7A"/>
                <w:sz w:val="19"/>
                <w:lang w:eastAsia="ja-JP"/>
              </w:rPr>
              <w:t>0</w:t>
            </w:r>
            <w:r>
              <w:rPr>
                <w:i/>
                <w:color w:val="5F6B7A"/>
                <w:sz w:val="19"/>
                <w:lang w:eastAsia="ja-JP"/>
              </w:rPr>
              <w:t>件にし、締め処理を</w:t>
            </w:r>
            <w:r>
              <w:rPr>
                <w:i/>
                <w:color w:val="5F6B7A"/>
                <w:sz w:val="19"/>
                <w:lang w:eastAsia="ja-JP"/>
              </w:rPr>
              <w:t>1</w:t>
            </w:r>
            <w:r>
              <w:rPr>
                <w:i/>
                <w:color w:val="5F6B7A"/>
                <w:sz w:val="19"/>
                <w:lang w:eastAsia="ja-JP"/>
              </w:rPr>
              <w:t>日前倒し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2142A58D" w14:textId="77777777" w:rsidR="00E65DB4" w:rsidRDefault="00B479C1">
      <w:pPr>
        <w:keepNext/>
        <w:shd w:val="clear" w:color="auto" w:fill="0B2545"/>
        <w:spacing w:before="160" w:line="240" w:lineRule="auto"/>
        <w:rPr>
          <w:lang w:eastAsia="ja-JP"/>
        </w:rPr>
      </w:pPr>
      <w:r>
        <w:rPr>
          <w:b/>
          <w:color w:val="FFFFFF"/>
          <w:lang w:eastAsia="ja-JP"/>
        </w:rPr>
        <w:t>顧客対応・マネジメント</w:t>
      </w:r>
      <w:r>
        <w:rPr>
          <w:b/>
          <w:color w:val="FFFFFF"/>
          <w:lang w:eastAsia="ja-JP"/>
        </w:rPr>
        <w:t xml:space="preserve">  |  </w:t>
      </w:r>
      <w:r>
        <w:rPr>
          <w:b/>
          <w:color w:val="FFFFFF"/>
          <w:lang w:eastAsia="ja-JP"/>
        </w:rPr>
        <w:t>肩書きがなくても実際の責任を書く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5DB4" w14:paraId="69CBC1A7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5D151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例：顧客との週次定例で進捗・課題・仕様変更の影響を説明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168B7F87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10A78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</w:t>
            </w:r>
            <w:r>
              <w:rPr>
                <w:i/>
                <w:color w:val="5F6B7A"/>
                <w:sz w:val="19"/>
                <w:lang w:eastAsia="ja-JP"/>
              </w:rPr>
              <w:t>5</w:t>
            </w:r>
            <w:r>
              <w:rPr>
                <w:i/>
                <w:color w:val="5F6B7A"/>
                <w:sz w:val="19"/>
                <w:lang w:eastAsia="ja-JP"/>
              </w:rPr>
              <w:t>名チームのタスク割り振り、進捗確認、レビュー、課題管理を</w:t>
            </w:r>
            <w:r>
              <w:rPr>
                <w:i/>
                <w:color w:val="5F6B7A"/>
                <w:sz w:val="19"/>
                <w:lang w:eastAsia="ja-JP"/>
              </w:rPr>
              <w:t>8</w:t>
            </w:r>
            <w:r>
              <w:rPr>
                <w:i/>
                <w:color w:val="5F6B7A"/>
                <w:sz w:val="19"/>
                <w:lang w:eastAsia="ja-JP"/>
              </w:rPr>
              <w:t>カ月担当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00A82108" w14:textId="77777777" w:rsidR="00E65DB4" w:rsidRDefault="00B479C1">
      <w:pPr>
        <w:rPr>
          <w:lang w:eastAsia="ja-JP"/>
        </w:rPr>
      </w:pPr>
      <w:r>
        <w:rPr>
          <w:lang w:eastAsia="ja-JP"/>
        </w:rPr>
        <w:br w:type="page"/>
      </w:r>
    </w:p>
    <w:p w14:paraId="4D07F238" w14:textId="77777777" w:rsidR="00E65DB4" w:rsidRDefault="00B479C1">
      <w:pPr>
        <w:pStyle w:val="1"/>
        <w:rPr>
          <w:lang w:eastAsia="ja-JP"/>
        </w:rPr>
      </w:pPr>
      <w:r>
        <w:rPr>
          <w:rFonts w:ascii="Noto Sans JP" w:eastAsia="Noto Sans JP" w:hAnsi="Noto Sans JP"/>
          <w:lang w:eastAsia="ja-JP"/>
        </w:rPr>
        <w:lastRenderedPageBreak/>
        <w:t>プロジェクト経歴</w:t>
      </w:r>
      <w:r>
        <w:rPr>
          <w:rFonts w:ascii="Noto Sans JP" w:eastAsia="Noto Sans JP" w:hAnsi="Noto Sans JP"/>
          <w:lang w:eastAsia="ja-JP"/>
        </w:rPr>
        <w:t xml:space="preserve"> 2</w:t>
      </w:r>
    </w:p>
    <w:p w14:paraId="44E41EAB" w14:textId="77777777" w:rsidR="00E65DB4" w:rsidRDefault="00B479C1">
      <w:pPr>
        <w:pBdr>
          <w:left w:val="single" w:sz="18" w:space="6" w:color="D4A72C"/>
        </w:pBdr>
        <w:shd w:val="clear" w:color="auto" w:fill="FFF7E3"/>
        <w:spacing w:after="160" w:line="276" w:lineRule="auto"/>
        <w:rPr>
          <w:lang w:eastAsia="ja-JP"/>
        </w:rPr>
      </w:pPr>
      <w:r>
        <w:rPr>
          <w:color w:val="8A6400"/>
          <w:sz w:val="18"/>
          <w:lang w:eastAsia="ja-JP"/>
        </w:rPr>
        <w:t>編集メモ（提出前に削除）：このページをプロジェクト数に合わせて複製してください。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180"/>
        <w:gridCol w:w="1500"/>
        <w:gridCol w:w="3180"/>
      </w:tblGrid>
      <w:tr w:rsidR="00E65DB4" w14:paraId="6AB59CBE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960A2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期間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7D10E1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月〜</w:t>
            </w:r>
            <w:r>
              <w:rPr>
                <w:i/>
                <w:color w:val="5F6B7A"/>
                <w:sz w:val="19"/>
              </w:rPr>
              <w:t>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D3C1E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顧客業界</w:t>
            </w:r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7FD19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金融／製造／公共／通信など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6C381D11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B1E1B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案件概要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EE007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システム名は一般化して記載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54DCC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規模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68278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全体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名／自チーム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名／利用者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名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5DBD53BD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C00F76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役割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DE620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メンバー／</w:t>
            </w:r>
            <w:r>
              <w:rPr>
                <w:i/>
                <w:color w:val="5F6B7A"/>
                <w:sz w:val="19"/>
                <w:lang w:eastAsia="ja-JP"/>
              </w:rPr>
              <w:t>SL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PL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PMO</w:t>
            </w:r>
            <w:r>
              <w:rPr>
                <w:i/>
                <w:color w:val="5F6B7A"/>
                <w:sz w:val="19"/>
                <w:lang w:eastAsia="ja-JP"/>
              </w:rPr>
              <w:t>など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245AD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担当工程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7AE7A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□</w:t>
            </w:r>
            <w:r>
              <w:rPr>
                <w:i/>
                <w:color w:val="5F6B7A"/>
                <w:sz w:val="19"/>
                <w:lang w:eastAsia="ja-JP"/>
              </w:rPr>
              <w:t>要件定義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基本設計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詳細設計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開発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テスト</w:t>
            </w:r>
            <w:r>
              <w:rPr>
                <w:i/>
                <w:color w:val="5F6B7A"/>
                <w:sz w:val="19"/>
                <w:lang w:eastAsia="ja-JP"/>
              </w:rPr>
              <w:t xml:space="preserve"> □</w:t>
            </w:r>
            <w:r>
              <w:rPr>
                <w:i/>
                <w:color w:val="5F6B7A"/>
                <w:sz w:val="19"/>
                <w:lang w:eastAsia="ja-JP"/>
              </w:rPr>
              <w:t>運用保守</w:t>
            </w:r>
          </w:p>
        </w:tc>
      </w:tr>
      <w:tr w:rsidR="00E65DB4" w14:paraId="57B1437B" w14:textId="77777777"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25632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技術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F1A284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言語／</w:t>
            </w:r>
            <w:r>
              <w:rPr>
                <w:i/>
                <w:color w:val="5F6B7A"/>
                <w:sz w:val="19"/>
                <w:lang w:eastAsia="ja-JP"/>
              </w:rPr>
              <w:t>FW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DB</w:t>
            </w:r>
            <w:r>
              <w:rPr>
                <w:i/>
                <w:color w:val="5F6B7A"/>
                <w:sz w:val="19"/>
                <w:lang w:eastAsia="ja-JP"/>
              </w:rPr>
              <w:t>／</w:t>
            </w:r>
            <w:r>
              <w:rPr>
                <w:i/>
                <w:color w:val="5F6B7A"/>
                <w:sz w:val="19"/>
                <w:lang w:eastAsia="ja-JP"/>
              </w:rPr>
              <w:t>OS</w:t>
            </w:r>
            <w:r>
              <w:rPr>
                <w:i/>
                <w:color w:val="5F6B7A"/>
                <w:sz w:val="19"/>
                <w:lang w:eastAsia="ja-JP"/>
              </w:rPr>
              <w:t>／クラウド／ツール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4806F" w14:textId="77777777" w:rsidR="00E65DB4" w:rsidRDefault="00B479C1">
            <w:pPr>
              <w:spacing w:after="0" w:line="276" w:lineRule="auto"/>
            </w:pPr>
            <w:proofErr w:type="spellStart"/>
            <w:r>
              <w:rPr>
                <w:b/>
                <w:color w:val="1F4D78"/>
                <w:sz w:val="19"/>
              </w:rPr>
              <w:t>商流・立場</w:t>
            </w:r>
            <w:proofErr w:type="spellEnd"/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02466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元請／一次請／二次請、顧客窓口の有無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4676AB23" w14:textId="77777777" w:rsidR="00E65DB4" w:rsidRDefault="00B479C1">
      <w:pPr>
        <w:keepNext/>
        <w:shd w:val="clear" w:color="auto" w:fill="0B2545"/>
        <w:spacing w:before="160" w:line="240" w:lineRule="auto"/>
        <w:rPr>
          <w:lang w:eastAsia="ja-JP"/>
        </w:rPr>
      </w:pPr>
      <w:r>
        <w:rPr>
          <w:b/>
          <w:color w:val="FFFFFF"/>
          <w:lang w:eastAsia="ja-JP"/>
        </w:rPr>
        <w:t>担当業務</w:t>
      </w:r>
      <w:r>
        <w:rPr>
          <w:b/>
          <w:color w:val="FFFFFF"/>
          <w:lang w:eastAsia="ja-JP"/>
        </w:rPr>
        <w:t xml:space="preserve">  |  </w:t>
      </w:r>
      <w:r>
        <w:rPr>
          <w:b/>
          <w:color w:val="FFFFFF"/>
          <w:lang w:eastAsia="ja-JP"/>
        </w:rPr>
        <w:t>工程ごとに『何を任されたか』を書く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5DB4" w14:paraId="2459D824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90354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例：顧客ヒアリングで要望を整理し、業務要件・システム要件へ落とし込み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287DDB4B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C598A6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例：基本設計〜結合テストを担当。設計書レビューと開発メンバーへの仕様共有を実施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1D33D446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528E8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例：障害対応、問い合わせ分析、月次作業、運用改善、手順書整備を担当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6863507A" w14:textId="77777777" w:rsidR="00E65DB4" w:rsidRDefault="00B479C1">
      <w:pPr>
        <w:keepNext/>
        <w:shd w:val="clear" w:color="auto" w:fill="0B2545"/>
        <w:spacing w:before="160" w:line="240" w:lineRule="auto"/>
      </w:pPr>
      <w:proofErr w:type="spellStart"/>
      <w:r>
        <w:rPr>
          <w:b/>
          <w:color w:val="FFFFFF"/>
        </w:rPr>
        <w:t>成果・工夫</w:t>
      </w:r>
      <w:proofErr w:type="spellEnd"/>
      <w:r>
        <w:rPr>
          <w:b/>
          <w:color w:val="FFFFFF"/>
        </w:rPr>
        <w:t xml:space="preserve">  |  Before → Action → Result</w:t>
      </w:r>
      <w:r>
        <w:rPr>
          <w:b/>
          <w:color w:val="FFFFFF"/>
        </w:rPr>
        <w:t>で数字を入れる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E65DB4" w14:paraId="1A5DCEC1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34A5C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課題（</w:t>
            </w:r>
            <w:r>
              <w:rPr>
                <w:b/>
                <w:color w:val="1F4D78"/>
                <w:sz w:val="19"/>
              </w:rPr>
              <w:t>Before</w:t>
            </w:r>
            <w:r>
              <w:rPr>
                <w:b/>
                <w:color w:val="1F4D78"/>
                <w:sz w:val="19"/>
              </w:rPr>
              <w:t>）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896CC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例：月次集計が手作業で、担当者</w:t>
            </w:r>
            <w:r>
              <w:rPr>
                <w:i/>
                <w:color w:val="5F6B7A"/>
                <w:sz w:val="19"/>
                <w:lang w:eastAsia="ja-JP"/>
              </w:rPr>
              <w:t>2</w:t>
            </w:r>
            <w:r>
              <w:rPr>
                <w:i/>
                <w:color w:val="5F6B7A"/>
                <w:sz w:val="19"/>
                <w:lang w:eastAsia="ja-JP"/>
              </w:rPr>
              <w:t>名が毎月</w:t>
            </w:r>
            <w:r>
              <w:rPr>
                <w:i/>
                <w:color w:val="5F6B7A"/>
                <w:sz w:val="19"/>
                <w:lang w:eastAsia="ja-JP"/>
              </w:rPr>
              <w:t>15</w:t>
            </w:r>
            <w:r>
              <w:rPr>
                <w:i/>
                <w:color w:val="5F6B7A"/>
                <w:sz w:val="19"/>
                <w:lang w:eastAsia="ja-JP"/>
              </w:rPr>
              <w:t>時間を費やしていた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42DBEBBE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16FE6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行動（</w:t>
            </w:r>
            <w:r>
              <w:rPr>
                <w:b/>
                <w:color w:val="1F4D78"/>
                <w:sz w:val="19"/>
              </w:rPr>
              <w:t>Action</w:t>
            </w:r>
            <w:r>
              <w:rPr>
                <w:b/>
                <w:color w:val="1F4D78"/>
                <w:sz w:val="19"/>
              </w:rPr>
              <w:t>）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BE7D5B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例：処理手順を棚卸しし、</w:t>
            </w:r>
            <w:r>
              <w:rPr>
                <w:i/>
                <w:color w:val="5F6B7A"/>
                <w:sz w:val="19"/>
                <w:lang w:eastAsia="ja-JP"/>
              </w:rPr>
              <w:t>SQL</w:t>
            </w:r>
            <w:r>
              <w:rPr>
                <w:i/>
                <w:color w:val="5F6B7A"/>
                <w:sz w:val="19"/>
                <w:lang w:eastAsia="ja-JP"/>
              </w:rPr>
              <w:t>とバッチ処理による自動化を提案・実装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35E6D8E9" w14:textId="77777777">
        <w:tc>
          <w:tcPr>
            <w:tcW w:w="21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FB025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成果（</w:t>
            </w:r>
            <w:r>
              <w:rPr>
                <w:b/>
                <w:color w:val="1F4D78"/>
                <w:sz w:val="19"/>
              </w:rPr>
              <w:t>Result</w:t>
            </w:r>
            <w:r>
              <w:rPr>
                <w:b/>
                <w:color w:val="1F4D78"/>
                <w:sz w:val="19"/>
              </w:rPr>
              <w:t>）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51FE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例：月</w:t>
            </w:r>
            <w:r>
              <w:rPr>
                <w:i/>
                <w:color w:val="5F6B7A"/>
                <w:sz w:val="19"/>
                <w:lang w:eastAsia="ja-JP"/>
              </w:rPr>
              <w:t>10</w:t>
            </w:r>
            <w:r>
              <w:rPr>
                <w:i/>
                <w:color w:val="5F6B7A"/>
                <w:sz w:val="19"/>
                <w:lang w:eastAsia="ja-JP"/>
              </w:rPr>
              <w:t>時間の工数削減。作業漏れを</w:t>
            </w:r>
            <w:r>
              <w:rPr>
                <w:i/>
                <w:color w:val="5F6B7A"/>
                <w:sz w:val="19"/>
                <w:lang w:eastAsia="ja-JP"/>
              </w:rPr>
              <w:t>0</w:t>
            </w:r>
            <w:r>
              <w:rPr>
                <w:i/>
                <w:color w:val="5F6B7A"/>
                <w:sz w:val="19"/>
                <w:lang w:eastAsia="ja-JP"/>
              </w:rPr>
              <w:t>件にし、締め処理を</w:t>
            </w:r>
            <w:r>
              <w:rPr>
                <w:i/>
                <w:color w:val="5F6B7A"/>
                <w:sz w:val="19"/>
                <w:lang w:eastAsia="ja-JP"/>
              </w:rPr>
              <w:t>1</w:t>
            </w:r>
            <w:r>
              <w:rPr>
                <w:i/>
                <w:color w:val="5F6B7A"/>
                <w:sz w:val="19"/>
                <w:lang w:eastAsia="ja-JP"/>
              </w:rPr>
              <w:t>日前倒し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741C2840" w14:textId="77777777" w:rsidR="00E65DB4" w:rsidRDefault="00B479C1">
      <w:pPr>
        <w:keepNext/>
        <w:shd w:val="clear" w:color="auto" w:fill="0B2545"/>
        <w:spacing w:before="160" w:line="240" w:lineRule="auto"/>
        <w:rPr>
          <w:lang w:eastAsia="ja-JP"/>
        </w:rPr>
      </w:pPr>
      <w:r>
        <w:rPr>
          <w:b/>
          <w:color w:val="FFFFFF"/>
          <w:lang w:eastAsia="ja-JP"/>
        </w:rPr>
        <w:t>顧客対応・マネジメント</w:t>
      </w:r>
      <w:r>
        <w:rPr>
          <w:b/>
          <w:color w:val="FFFFFF"/>
          <w:lang w:eastAsia="ja-JP"/>
        </w:rPr>
        <w:t xml:space="preserve">  |  </w:t>
      </w:r>
      <w:r>
        <w:rPr>
          <w:b/>
          <w:color w:val="FFFFFF"/>
          <w:lang w:eastAsia="ja-JP"/>
        </w:rPr>
        <w:t>肩書きがなくても実際の責任を書く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5DB4" w14:paraId="16E7E7C2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115A2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例：顧客との週次定例で進捗・課題・仕様変更の影響を説明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37974E2D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2B359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例：</w:t>
            </w:r>
            <w:r>
              <w:rPr>
                <w:i/>
                <w:color w:val="5F6B7A"/>
                <w:sz w:val="19"/>
                <w:lang w:eastAsia="ja-JP"/>
              </w:rPr>
              <w:t>5</w:t>
            </w:r>
            <w:r>
              <w:rPr>
                <w:i/>
                <w:color w:val="5F6B7A"/>
                <w:sz w:val="19"/>
                <w:lang w:eastAsia="ja-JP"/>
              </w:rPr>
              <w:t>名チームのタスク割り振り、進捗確認、レビュー、課題管理を</w:t>
            </w:r>
            <w:r>
              <w:rPr>
                <w:i/>
                <w:color w:val="5F6B7A"/>
                <w:sz w:val="19"/>
                <w:lang w:eastAsia="ja-JP"/>
              </w:rPr>
              <w:t>8</w:t>
            </w:r>
            <w:r>
              <w:rPr>
                <w:i/>
                <w:color w:val="5F6B7A"/>
                <w:sz w:val="19"/>
                <w:lang w:eastAsia="ja-JP"/>
              </w:rPr>
              <w:t>カ月担当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429EDCF4" w14:textId="77777777" w:rsidR="00E65DB4" w:rsidRDefault="00B479C1">
      <w:pPr>
        <w:rPr>
          <w:lang w:eastAsia="ja-JP"/>
        </w:rPr>
      </w:pPr>
      <w:r>
        <w:rPr>
          <w:lang w:eastAsia="ja-JP"/>
        </w:rPr>
        <w:br w:type="page"/>
      </w:r>
    </w:p>
    <w:p w14:paraId="638F56DA" w14:textId="77777777" w:rsidR="00E65DB4" w:rsidRDefault="00B479C1">
      <w:pPr>
        <w:pStyle w:val="1"/>
        <w:rPr>
          <w:lang w:eastAsia="ja-JP"/>
        </w:rPr>
      </w:pPr>
      <w:r>
        <w:rPr>
          <w:rFonts w:ascii="Noto Sans JP" w:eastAsia="Noto Sans JP" w:hAnsi="Noto Sans JP"/>
          <w:lang w:eastAsia="ja-JP"/>
        </w:rPr>
        <w:lastRenderedPageBreak/>
        <w:t>マネジメント・顧客対応実績</w:t>
      </w:r>
    </w:p>
    <w:p w14:paraId="0D03DDB6" w14:textId="77777777" w:rsidR="00E65DB4" w:rsidRDefault="00B479C1">
      <w:pPr>
        <w:pBdr>
          <w:left w:val="single" w:sz="18" w:space="6" w:color="D4A72C"/>
        </w:pBdr>
        <w:shd w:val="clear" w:color="auto" w:fill="FFF7E3"/>
        <w:spacing w:after="160" w:line="276" w:lineRule="auto"/>
        <w:rPr>
          <w:lang w:eastAsia="ja-JP"/>
        </w:rPr>
      </w:pPr>
      <w:r>
        <w:rPr>
          <w:color w:val="8A6400"/>
          <w:sz w:val="18"/>
          <w:lang w:eastAsia="ja-JP"/>
        </w:rPr>
        <w:t>編集メモ（提出前に削除）：応募先で評価されるものを</w:t>
      </w:r>
      <w:r>
        <w:rPr>
          <w:color w:val="8A6400"/>
          <w:sz w:val="18"/>
          <w:lang w:eastAsia="ja-JP"/>
        </w:rPr>
        <w:t>2</w:t>
      </w:r>
      <w:r>
        <w:rPr>
          <w:color w:val="8A6400"/>
          <w:sz w:val="18"/>
          <w:lang w:eastAsia="ja-JP"/>
        </w:rPr>
        <w:t>〜</w:t>
      </w:r>
      <w:r>
        <w:rPr>
          <w:color w:val="8A6400"/>
          <w:sz w:val="18"/>
          <w:lang w:eastAsia="ja-JP"/>
        </w:rPr>
        <w:t>4</w:t>
      </w:r>
      <w:r>
        <w:rPr>
          <w:color w:val="8A6400"/>
          <w:sz w:val="18"/>
          <w:lang w:eastAsia="ja-JP"/>
        </w:rPr>
        <w:t>件に絞り、責任範囲と成果を数字で記入します。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2460"/>
        <w:gridCol w:w="4800"/>
      </w:tblGrid>
      <w:tr w:rsidR="00E65DB4" w14:paraId="392AA769" w14:textId="77777777">
        <w:trPr>
          <w:tblHeader/>
        </w:trPr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D53E6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経験</w:t>
            </w:r>
          </w:p>
        </w:tc>
        <w:tc>
          <w:tcPr>
            <w:tcW w:w="24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89504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規模・期間・役割</w:t>
            </w:r>
          </w:p>
        </w:tc>
        <w:tc>
          <w:tcPr>
            <w:tcW w:w="4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299AF6" w14:textId="77777777" w:rsidR="00E65DB4" w:rsidRDefault="00B479C1">
            <w:pPr>
              <w:spacing w:after="0" w:line="276" w:lineRule="auto"/>
              <w:jc w:val="center"/>
              <w:rPr>
                <w:lang w:eastAsia="ja-JP"/>
              </w:rPr>
            </w:pPr>
            <w:r>
              <w:rPr>
                <w:b/>
                <w:color w:val="1F4D78"/>
                <w:sz w:val="19"/>
                <w:lang w:eastAsia="ja-JP"/>
              </w:rPr>
              <w:t>成果・再現できる強み</w:t>
            </w:r>
          </w:p>
        </w:tc>
      </w:tr>
      <w:tr w:rsidR="00E65DB4" w14:paraId="1048951D" w14:textId="77777777"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52B08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例：チーム管理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2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09B1D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[5</w:t>
            </w:r>
            <w:r>
              <w:rPr>
                <w:i/>
                <w:color w:val="5F6B7A"/>
                <w:sz w:val="19"/>
              </w:rPr>
              <w:t>名／</w:t>
            </w:r>
            <w:r>
              <w:rPr>
                <w:i/>
                <w:color w:val="5F6B7A"/>
                <w:sz w:val="19"/>
              </w:rPr>
              <w:t>8</w:t>
            </w:r>
            <w:r>
              <w:rPr>
                <w:i/>
                <w:color w:val="5F6B7A"/>
                <w:sz w:val="19"/>
              </w:rPr>
              <w:t>カ月／</w:t>
            </w:r>
            <w:r>
              <w:rPr>
                <w:i/>
                <w:color w:val="5F6B7A"/>
                <w:sz w:val="19"/>
              </w:rPr>
              <w:t>SL]</w:t>
            </w:r>
          </w:p>
        </w:tc>
        <w:tc>
          <w:tcPr>
            <w:tcW w:w="4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B6CC4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進捗・課題・レビュー管理を標準化し納期遵守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59A7ABCF" w14:textId="77777777"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D4164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例：顧客折衝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2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127A97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週次定例／</w:t>
            </w:r>
            <w:r>
              <w:rPr>
                <w:i/>
                <w:color w:val="5F6B7A"/>
                <w:sz w:val="19"/>
              </w:rPr>
              <w:t>○</w:t>
            </w:r>
            <w:r>
              <w:rPr>
                <w:i/>
                <w:color w:val="5F6B7A"/>
                <w:sz w:val="19"/>
              </w:rPr>
              <w:t>部門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4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59D7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要望を整理し、仕様変更の手戻りを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％削減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5A9086BC" w14:textId="77777777"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71784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例：品質改善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2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DEB55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[○</w:t>
            </w:r>
            <w:r>
              <w:rPr>
                <w:i/>
                <w:color w:val="5F6B7A"/>
                <w:sz w:val="19"/>
              </w:rPr>
              <w:t>件のレビュー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4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CA078D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観点表を整備し、検出漏れ／手戻りを</w:t>
            </w:r>
            <w:r>
              <w:rPr>
                <w:i/>
                <w:color w:val="5F6B7A"/>
                <w:sz w:val="19"/>
                <w:lang w:eastAsia="ja-JP"/>
              </w:rPr>
              <w:t>○</w:t>
            </w:r>
            <w:r>
              <w:rPr>
                <w:i/>
                <w:color w:val="5F6B7A"/>
                <w:sz w:val="19"/>
                <w:lang w:eastAsia="ja-JP"/>
              </w:rPr>
              <w:t>件削減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3BEF83D3" w14:textId="77777777"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DC451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入力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2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15873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入力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4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B2BE3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入力</w:t>
            </w:r>
            <w:r>
              <w:rPr>
                <w:i/>
                <w:color w:val="5F6B7A"/>
                <w:sz w:val="19"/>
              </w:rPr>
              <w:t>]</w:t>
            </w:r>
          </w:p>
        </w:tc>
      </w:tr>
    </w:tbl>
    <w:p w14:paraId="6EA0FFC1" w14:textId="77777777" w:rsidR="00E65DB4" w:rsidRDefault="00B479C1">
      <w:pPr>
        <w:pStyle w:val="1"/>
        <w:rPr>
          <w:lang w:eastAsia="ja-JP"/>
        </w:rPr>
      </w:pPr>
      <w:r>
        <w:rPr>
          <w:rFonts w:ascii="Noto Sans JP" w:eastAsia="Noto Sans JP" w:hAnsi="Noto Sans JP"/>
          <w:lang w:eastAsia="ja-JP"/>
        </w:rPr>
        <w:t>保有資格・学習中の技術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180"/>
        <w:gridCol w:w="4680"/>
      </w:tblGrid>
      <w:tr w:rsidR="00E65DB4" w14:paraId="4DDCFB13" w14:textId="77777777">
        <w:trPr>
          <w:tblHeader/>
        </w:trPr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0819B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年月</w:t>
            </w:r>
          </w:p>
        </w:tc>
        <w:tc>
          <w:tcPr>
            <w:tcW w:w="31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8DFC4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資格・学習テーマ</w:t>
            </w:r>
          </w:p>
        </w:tc>
        <w:tc>
          <w:tcPr>
            <w:tcW w:w="4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AD2E7B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実務とのつながり</w:t>
            </w:r>
          </w:p>
        </w:tc>
      </w:tr>
      <w:tr w:rsidR="00E65DB4" w14:paraId="0F015120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98F24D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44B1D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資格名／学習テーマ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27AE3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どの業務で使ったか／今後どこで活かすか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35F8EC34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91F970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B1C19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資格名／学習テーマ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11BFD4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どの業務で使ったか／今後どこで活かすか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15AACDDB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A459B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[YYYY</w:t>
            </w:r>
            <w:r>
              <w:rPr>
                <w:i/>
                <w:color w:val="5F6B7A"/>
                <w:sz w:val="19"/>
              </w:rPr>
              <w:t>年</w:t>
            </w:r>
            <w:r>
              <w:rPr>
                <w:i/>
                <w:color w:val="5F6B7A"/>
                <w:sz w:val="19"/>
              </w:rPr>
              <w:t>MM</w:t>
            </w:r>
            <w:r>
              <w:rPr>
                <w:i/>
                <w:color w:val="5F6B7A"/>
                <w:sz w:val="19"/>
              </w:rPr>
              <w:t>月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31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D266C" w14:textId="77777777" w:rsidR="00E65DB4" w:rsidRDefault="00B479C1">
            <w:pPr>
              <w:spacing w:after="0" w:line="276" w:lineRule="auto"/>
            </w:pPr>
            <w:r>
              <w:rPr>
                <w:i/>
                <w:color w:val="5F6B7A"/>
                <w:sz w:val="19"/>
              </w:rPr>
              <w:t>[</w:t>
            </w:r>
            <w:r>
              <w:rPr>
                <w:i/>
                <w:color w:val="5F6B7A"/>
                <w:sz w:val="19"/>
              </w:rPr>
              <w:t>資格名／学習テーマ</w:t>
            </w:r>
            <w:r>
              <w:rPr>
                <w:i/>
                <w:color w:val="5F6B7A"/>
                <w:sz w:val="19"/>
              </w:rPr>
              <w:t>]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7D246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どの業務で使ったか／今後どこで活かすか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54A7F8F0" w14:textId="77777777" w:rsidR="00E65DB4" w:rsidRDefault="00B479C1">
      <w:pPr>
        <w:pStyle w:val="1"/>
      </w:pPr>
      <w:r>
        <w:rPr>
          <w:rFonts w:ascii="Noto Sans JP" w:eastAsia="Noto Sans JP" w:hAnsi="Noto Sans JP"/>
        </w:rPr>
        <w:t>自己</w:t>
      </w:r>
      <w:r>
        <w:rPr>
          <w:rFonts w:ascii="Noto Sans JP" w:eastAsia="Noto Sans JP" w:hAnsi="Noto Sans JP"/>
        </w:rPr>
        <w:t>PR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5DB4" w14:paraId="3F4A8660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05F9BC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強み</w:t>
            </w:r>
            <w:r>
              <w:rPr>
                <w:i/>
                <w:color w:val="5F6B7A"/>
                <w:sz w:val="19"/>
                <w:lang w:eastAsia="ja-JP"/>
              </w:rPr>
              <w:t>1</w:t>
            </w:r>
            <w:r>
              <w:rPr>
                <w:i/>
                <w:color w:val="5F6B7A"/>
                <w:sz w:val="19"/>
                <w:lang w:eastAsia="ja-JP"/>
              </w:rPr>
              <w:t>：顧客課題を整理し、上流工程へつなげる力。状況</w:t>
            </w:r>
            <w:r>
              <w:rPr>
                <w:i/>
                <w:color w:val="5F6B7A"/>
                <w:sz w:val="19"/>
                <w:lang w:eastAsia="ja-JP"/>
              </w:rPr>
              <w:t xml:space="preserve"> → </w:t>
            </w:r>
            <w:r>
              <w:rPr>
                <w:i/>
                <w:color w:val="5F6B7A"/>
                <w:sz w:val="19"/>
                <w:lang w:eastAsia="ja-JP"/>
              </w:rPr>
              <w:t>行動</w:t>
            </w:r>
            <w:r>
              <w:rPr>
                <w:i/>
                <w:color w:val="5F6B7A"/>
                <w:sz w:val="19"/>
                <w:lang w:eastAsia="ja-JP"/>
              </w:rPr>
              <w:t xml:space="preserve"> → </w:t>
            </w:r>
            <w:r>
              <w:rPr>
                <w:i/>
                <w:color w:val="5F6B7A"/>
                <w:sz w:val="19"/>
                <w:lang w:eastAsia="ja-JP"/>
              </w:rPr>
              <w:t>成果</w:t>
            </w:r>
            <w:r>
              <w:rPr>
                <w:i/>
                <w:color w:val="5F6B7A"/>
                <w:sz w:val="19"/>
                <w:lang w:eastAsia="ja-JP"/>
              </w:rPr>
              <w:t xml:space="preserve"> → </w:t>
            </w:r>
            <w:r>
              <w:rPr>
                <w:i/>
                <w:color w:val="5F6B7A"/>
                <w:sz w:val="19"/>
                <w:lang w:eastAsia="ja-JP"/>
              </w:rPr>
              <w:t>応募先での再現方法を</w:t>
            </w:r>
            <w:r>
              <w:rPr>
                <w:i/>
                <w:color w:val="5F6B7A"/>
                <w:sz w:val="19"/>
                <w:lang w:eastAsia="ja-JP"/>
              </w:rPr>
              <w:t>200</w:t>
            </w:r>
            <w:r>
              <w:rPr>
                <w:i/>
                <w:color w:val="5F6B7A"/>
                <w:sz w:val="19"/>
                <w:lang w:eastAsia="ja-JP"/>
              </w:rPr>
              <w:t>字前後で記載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2F971DF5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1EBFD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強み</w:t>
            </w:r>
            <w:r>
              <w:rPr>
                <w:i/>
                <w:color w:val="5F6B7A"/>
                <w:sz w:val="19"/>
                <w:lang w:eastAsia="ja-JP"/>
              </w:rPr>
              <w:t>2</w:t>
            </w:r>
            <w:r>
              <w:rPr>
                <w:i/>
                <w:color w:val="5F6B7A"/>
                <w:sz w:val="19"/>
                <w:lang w:eastAsia="ja-JP"/>
              </w:rPr>
              <w:t>：チームを動かし、品質・納期・工数を改善する力。人数・期間・数字を入れて</w:t>
            </w:r>
            <w:r>
              <w:rPr>
                <w:i/>
                <w:color w:val="5F6B7A"/>
                <w:sz w:val="19"/>
                <w:lang w:eastAsia="ja-JP"/>
              </w:rPr>
              <w:t>200</w:t>
            </w:r>
            <w:r>
              <w:rPr>
                <w:i/>
                <w:color w:val="5F6B7A"/>
                <w:sz w:val="19"/>
                <w:lang w:eastAsia="ja-JP"/>
              </w:rPr>
              <w:t>字前後で記載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  <w:tr w:rsidR="00E65DB4" w14:paraId="63CC1C9F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4F9B3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i/>
                <w:color w:val="5F6B7A"/>
                <w:sz w:val="19"/>
                <w:lang w:eastAsia="ja-JP"/>
              </w:rPr>
              <w:t>[</w:t>
            </w:r>
            <w:r>
              <w:rPr>
                <w:i/>
                <w:color w:val="5F6B7A"/>
                <w:sz w:val="19"/>
                <w:lang w:eastAsia="ja-JP"/>
              </w:rPr>
              <w:t>必要に応じて、クラウド／セキュリティ／</w:t>
            </w:r>
            <w:r>
              <w:rPr>
                <w:i/>
                <w:color w:val="5F6B7A"/>
                <w:sz w:val="19"/>
                <w:lang w:eastAsia="ja-JP"/>
              </w:rPr>
              <w:t>AI</w:t>
            </w:r>
            <w:r>
              <w:rPr>
                <w:i/>
                <w:color w:val="5F6B7A"/>
                <w:sz w:val="19"/>
                <w:lang w:eastAsia="ja-JP"/>
              </w:rPr>
              <w:t>・データなど専門性の強みを追加</w:t>
            </w:r>
            <w:r>
              <w:rPr>
                <w:i/>
                <w:color w:val="5F6B7A"/>
                <w:sz w:val="19"/>
                <w:lang w:eastAsia="ja-JP"/>
              </w:rPr>
              <w:t>]</w:t>
            </w:r>
          </w:p>
        </w:tc>
      </w:tr>
    </w:tbl>
    <w:p w14:paraId="2872DC60" w14:textId="77777777" w:rsidR="00E65DB4" w:rsidRDefault="00B479C1">
      <w:pPr>
        <w:rPr>
          <w:lang w:eastAsia="ja-JP"/>
        </w:rPr>
      </w:pPr>
      <w:r>
        <w:rPr>
          <w:lang w:eastAsia="ja-JP"/>
        </w:rPr>
        <w:br w:type="page"/>
      </w:r>
    </w:p>
    <w:p w14:paraId="597D15D5" w14:textId="77777777" w:rsidR="00E65DB4" w:rsidRDefault="00B479C1">
      <w:pPr>
        <w:pStyle w:val="1"/>
        <w:rPr>
          <w:lang w:eastAsia="ja-JP"/>
        </w:rPr>
      </w:pPr>
      <w:r>
        <w:rPr>
          <w:rFonts w:ascii="Noto Sans JP" w:eastAsia="Noto Sans JP" w:hAnsi="Noto Sans JP"/>
          <w:lang w:eastAsia="ja-JP"/>
        </w:rPr>
        <w:lastRenderedPageBreak/>
        <w:t>応募先別カスタマイズガイド</w:t>
      </w:r>
    </w:p>
    <w:p w14:paraId="2EBB66BE" w14:textId="77777777" w:rsidR="00E65DB4" w:rsidRDefault="00B479C1">
      <w:pPr>
        <w:pBdr>
          <w:left w:val="single" w:sz="18" w:space="6" w:color="D4A72C"/>
        </w:pBdr>
        <w:shd w:val="clear" w:color="auto" w:fill="FFF7E3"/>
        <w:spacing w:after="160" w:line="276" w:lineRule="auto"/>
        <w:rPr>
          <w:lang w:eastAsia="ja-JP"/>
        </w:rPr>
      </w:pPr>
      <w:r>
        <w:rPr>
          <w:color w:val="8A6400"/>
          <w:sz w:val="18"/>
          <w:lang w:eastAsia="ja-JP"/>
        </w:rPr>
        <w:t>このページは応募前の調整用です。完成後はページごと削除してください。</w:t>
      </w:r>
    </w:p>
    <w:p w14:paraId="6661631C" w14:textId="77777777" w:rsidR="00E65DB4" w:rsidRDefault="00B479C1">
      <w:pPr>
        <w:spacing w:after="160"/>
        <w:rPr>
          <w:lang w:eastAsia="ja-JP"/>
        </w:rPr>
      </w:pPr>
      <w:r>
        <w:rPr>
          <w:sz w:val="21"/>
          <w:lang w:eastAsia="ja-JP"/>
        </w:rPr>
        <w:t>同じ経験でも、応募先によって前に出す強みを変えると、採用後の活躍イメージが伝わりやすくなります。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3360"/>
        <w:gridCol w:w="4320"/>
      </w:tblGrid>
      <w:tr w:rsidR="00E65DB4" w14:paraId="6CC68B31" w14:textId="77777777">
        <w:trPr>
          <w:tblHeader/>
        </w:trPr>
        <w:tc>
          <w:tcPr>
            <w:tcW w:w="16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40C14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応募先</w:t>
            </w:r>
          </w:p>
        </w:tc>
        <w:tc>
          <w:tcPr>
            <w:tcW w:w="3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02C1E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前に出す経験</w:t>
            </w:r>
          </w:p>
        </w:tc>
        <w:tc>
          <w:tcPr>
            <w:tcW w:w="432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92DFF" w14:textId="77777777" w:rsidR="00E65DB4" w:rsidRDefault="00B479C1">
            <w:pPr>
              <w:spacing w:after="0" w:line="276" w:lineRule="auto"/>
              <w:jc w:val="center"/>
            </w:pPr>
            <w:r>
              <w:rPr>
                <w:b/>
                <w:color w:val="1F4D78"/>
                <w:sz w:val="19"/>
              </w:rPr>
              <w:t>冒頭で使える表現</w:t>
            </w:r>
          </w:p>
        </w:tc>
      </w:tr>
      <w:tr w:rsidR="00E65DB4" w14:paraId="374DCF71" w14:textId="77777777">
        <w:tc>
          <w:tcPr>
            <w:tcW w:w="1680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6C4E0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大手</w:t>
            </w:r>
            <w:r>
              <w:rPr>
                <w:b/>
                <w:color w:val="1F4D78"/>
                <w:sz w:val="19"/>
              </w:rPr>
              <w:t>SIer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4B7269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大規模案件、上流工程、</w:t>
            </w:r>
            <w:r>
              <w:rPr>
                <w:sz w:val="19"/>
                <w:lang w:eastAsia="ja-JP"/>
              </w:rPr>
              <w:t>PM</w:t>
            </w:r>
            <w:r>
              <w:rPr>
                <w:sz w:val="19"/>
                <w:lang w:eastAsia="ja-JP"/>
              </w:rPr>
              <w:t>・</w:t>
            </w:r>
            <w:r>
              <w:rPr>
                <w:sz w:val="19"/>
                <w:lang w:eastAsia="ja-JP"/>
              </w:rPr>
              <w:t>PL</w:t>
            </w:r>
            <w:r>
              <w:rPr>
                <w:sz w:val="19"/>
                <w:lang w:eastAsia="ja-JP"/>
              </w:rPr>
              <w:t>、ベンダー管理</w:t>
            </w:r>
          </w:p>
        </w:tc>
        <w:tc>
          <w:tcPr>
            <w:tcW w:w="4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0DFFD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[○</w:t>
            </w:r>
            <w:r>
              <w:rPr>
                <w:sz w:val="19"/>
                <w:lang w:eastAsia="ja-JP"/>
              </w:rPr>
              <w:t>名規模／</w:t>
            </w:r>
            <w:r>
              <w:rPr>
                <w:sz w:val="19"/>
                <w:lang w:eastAsia="ja-JP"/>
              </w:rPr>
              <w:t>○</w:t>
            </w:r>
            <w:r>
              <w:rPr>
                <w:sz w:val="19"/>
                <w:lang w:eastAsia="ja-JP"/>
              </w:rPr>
              <w:t>工程／</w:t>
            </w:r>
            <w:r>
              <w:rPr>
                <w:sz w:val="19"/>
                <w:lang w:eastAsia="ja-JP"/>
              </w:rPr>
              <w:t>○</w:t>
            </w:r>
            <w:r>
              <w:rPr>
                <w:sz w:val="19"/>
                <w:lang w:eastAsia="ja-JP"/>
              </w:rPr>
              <w:t>名を管理／納期・品質の成果</w:t>
            </w:r>
            <w:r>
              <w:rPr>
                <w:sz w:val="19"/>
                <w:lang w:eastAsia="ja-JP"/>
              </w:rPr>
              <w:t>]</w:t>
            </w:r>
          </w:p>
        </w:tc>
      </w:tr>
      <w:tr w:rsidR="00E65DB4" w14:paraId="4AAC6840" w14:textId="77777777">
        <w:tc>
          <w:tcPr>
            <w:tcW w:w="1680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BF66C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社内</w:t>
            </w:r>
            <w:r>
              <w:rPr>
                <w:b/>
                <w:color w:val="1F4D78"/>
                <w:sz w:val="19"/>
              </w:rPr>
              <w:t>SE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954F1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業務理解、ユーザー部門調整、運用改善、長期改善</w:t>
            </w:r>
          </w:p>
        </w:tc>
        <w:tc>
          <w:tcPr>
            <w:tcW w:w="4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CC74D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[○</w:t>
            </w:r>
            <w:r>
              <w:rPr>
                <w:sz w:val="19"/>
                <w:lang w:eastAsia="ja-JP"/>
              </w:rPr>
              <w:t>部門の要望整理／問い合わせ分析／運用工数を</w:t>
            </w:r>
            <w:r>
              <w:rPr>
                <w:sz w:val="19"/>
                <w:lang w:eastAsia="ja-JP"/>
              </w:rPr>
              <w:t>○</w:t>
            </w:r>
            <w:r>
              <w:rPr>
                <w:sz w:val="19"/>
                <w:lang w:eastAsia="ja-JP"/>
              </w:rPr>
              <w:t>時間削減</w:t>
            </w:r>
            <w:r>
              <w:rPr>
                <w:sz w:val="19"/>
                <w:lang w:eastAsia="ja-JP"/>
              </w:rPr>
              <w:t>]</w:t>
            </w:r>
          </w:p>
        </w:tc>
      </w:tr>
      <w:tr w:rsidR="00E65DB4" w14:paraId="3BCB33ED" w14:textId="77777777">
        <w:tc>
          <w:tcPr>
            <w:tcW w:w="1680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845FA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IT</w:t>
            </w:r>
            <w:r>
              <w:rPr>
                <w:b/>
                <w:color w:val="1F4D78"/>
                <w:sz w:val="19"/>
              </w:rPr>
              <w:t>コンサル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162C8" w14:textId="77777777" w:rsidR="00E65DB4" w:rsidRDefault="00B479C1">
            <w:pPr>
              <w:spacing w:after="0" w:line="276" w:lineRule="auto"/>
            </w:pPr>
            <w:r>
              <w:rPr>
                <w:sz w:val="19"/>
              </w:rPr>
              <w:t>課題整理、要件定義、提案、顧客折衝</w:t>
            </w:r>
          </w:p>
        </w:tc>
        <w:tc>
          <w:tcPr>
            <w:tcW w:w="4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078020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[</w:t>
            </w:r>
            <w:r>
              <w:rPr>
                <w:sz w:val="19"/>
                <w:lang w:eastAsia="ja-JP"/>
              </w:rPr>
              <w:t>課題を</w:t>
            </w:r>
            <w:r>
              <w:rPr>
                <w:sz w:val="19"/>
                <w:lang w:eastAsia="ja-JP"/>
              </w:rPr>
              <w:t>○</w:t>
            </w:r>
            <w:r>
              <w:rPr>
                <w:sz w:val="19"/>
                <w:lang w:eastAsia="ja-JP"/>
              </w:rPr>
              <w:t>分類し、関係者と合意形成して改善案を提案</w:t>
            </w:r>
            <w:r>
              <w:rPr>
                <w:sz w:val="19"/>
                <w:lang w:eastAsia="ja-JP"/>
              </w:rPr>
              <w:t>]</w:t>
            </w:r>
          </w:p>
        </w:tc>
      </w:tr>
      <w:tr w:rsidR="00E65DB4" w14:paraId="3EE8E3CF" w14:textId="77777777">
        <w:tc>
          <w:tcPr>
            <w:tcW w:w="1680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3DEF0" w14:textId="77777777" w:rsidR="00E65DB4" w:rsidRDefault="00B479C1">
            <w:pPr>
              <w:spacing w:after="0" w:line="276" w:lineRule="auto"/>
            </w:pPr>
            <w:r>
              <w:rPr>
                <w:b/>
                <w:color w:val="1F4D78"/>
                <w:sz w:val="19"/>
              </w:rPr>
              <w:t>外資・専門職</w:t>
            </w:r>
          </w:p>
        </w:tc>
        <w:tc>
          <w:tcPr>
            <w:tcW w:w="3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DCA735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クラウド、セキュリティ、成果、主体的改善</w:t>
            </w:r>
          </w:p>
        </w:tc>
        <w:tc>
          <w:tcPr>
            <w:tcW w:w="43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076636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[○</w:t>
            </w:r>
            <w:r>
              <w:rPr>
                <w:sz w:val="19"/>
                <w:lang w:eastAsia="ja-JP"/>
              </w:rPr>
              <w:t>技術を用いて</w:t>
            </w:r>
            <w:r>
              <w:rPr>
                <w:sz w:val="19"/>
                <w:lang w:eastAsia="ja-JP"/>
              </w:rPr>
              <w:t>○</w:t>
            </w:r>
            <w:r>
              <w:rPr>
                <w:sz w:val="19"/>
                <w:lang w:eastAsia="ja-JP"/>
              </w:rPr>
              <w:t>を改善し、</w:t>
            </w:r>
            <w:r>
              <w:rPr>
                <w:sz w:val="19"/>
                <w:lang w:eastAsia="ja-JP"/>
              </w:rPr>
              <w:t>○</w:t>
            </w:r>
            <w:r>
              <w:rPr>
                <w:sz w:val="19"/>
                <w:lang w:eastAsia="ja-JP"/>
              </w:rPr>
              <w:t>％／</w:t>
            </w:r>
            <w:r>
              <w:rPr>
                <w:sz w:val="19"/>
                <w:lang w:eastAsia="ja-JP"/>
              </w:rPr>
              <w:t>○</w:t>
            </w:r>
            <w:r>
              <w:rPr>
                <w:sz w:val="19"/>
                <w:lang w:eastAsia="ja-JP"/>
              </w:rPr>
              <w:t>時間の成果</w:t>
            </w:r>
            <w:r>
              <w:rPr>
                <w:sz w:val="19"/>
                <w:lang w:eastAsia="ja-JP"/>
              </w:rPr>
              <w:t>]</w:t>
            </w:r>
          </w:p>
        </w:tc>
      </w:tr>
    </w:tbl>
    <w:p w14:paraId="07784CE7" w14:textId="77777777" w:rsidR="00E65DB4" w:rsidRDefault="00B479C1">
      <w:pPr>
        <w:pStyle w:val="1"/>
      </w:pPr>
      <w:r>
        <w:rPr>
          <w:rFonts w:ascii="Noto Sans JP" w:eastAsia="Noto Sans JP" w:hAnsi="Noto Sans JP"/>
        </w:rPr>
        <w:t>提出前チェック</w:t>
      </w:r>
    </w:p>
    <w:tbl>
      <w:tblPr>
        <w:tblW w:w="9360" w:type="dxa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65DB4" w14:paraId="60BD0610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ADF15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 xml:space="preserve">□ </w:t>
            </w:r>
            <w:r>
              <w:rPr>
                <w:sz w:val="19"/>
                <w:lang w:eastAsia="ja-JP"/>
              </w:rPr>
              <w:t>担当工程を『開発』『運用』だけで終わらせず、工程別に記載した</w:t>
            </w:r>
          </w:p>
        </w:tc>
      </w:tr>
      <w:tr w:rsidR="00E65DB4" w14:paraId="31C9EFD8" w14:textId="77777777">
        <w:tc>
          <w:tcPr>
            <w:tcW w:w="93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E810F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 xml:space="preserve">□ </w:t>
            </w:r>
            <w:r>
              <w:rPr>
                <w:sz w:val="19"/>
                <w:lang w:eastAsia="ja-JP"/>
              </w:rPr>
              <w:t>案件ごとに期間、全体人数、自チーム人数、利用者数などの数字を入れた</w:t>
            </w:r>
          </w:p>
        </w:tc>
      </w:tr>
      <w:tr w:rsidR="00E65DB4" w14:paraId="2FC9FC61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311AE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 xml:space="preserve">□ </w:t>
            </w:r>
            <w:r>
              <w:rPr>
                <w:sz w:val="19"/>
                <w:lang w:eastAsia="ja-JP"/>
              </w:rPr>
              <w:t>肩書きではなく、顧客窓口、レビュー、進捗・課題管理など実際の責任を書いた</w:t>
            </w:r>
          </w:p>
        </w:tc>
      </w:tr>
      <w:tr w:rsidR="00E65DB4" w14:paraId="2C85CD61" w14:textId="77777777">
        <w:tc>
          <w:tcPr>
            <w:tcW w:w="93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3E99B" w14:textId="77777777" w:rsidR="00E65DB4" w:rsidRDefault="00B479C1">
            <w:pPr>
              <w:spacing w:after="0" w:line="276" w:lineRule="auto"/>
            </w:pPr>
            <w:r>
              <w:rPr>
                <w:sz w:val="19"/>
              </w:rPr>
              <w:t xml:space="preserve">□ </w:t>
            </w:r>
            <w:r>
              <w:rPr>
                <w:sz w:val="19"/>
              </w:rPr>
              <w:t>成果は『貢献した』で終わらず、</w:t>
            </w:r>
            <w:r>
              <w:rPr>
                <w:sz w:val="19"/>
              </w:rPr>
              <w:t>Before → Action → Result</w:t>
            </w:r>
            <w:r>
              <w:rPr>
                <w:sz w:val="19"/>
              </w:rPr>
              <w:t>で記載した</w:t>
            </w:r>
          </w:p>
        </w:tc>
      </w:tr>
      <w:tr w:rsidR="00E65DB4" w14:paraId="3424880F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4D5A3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 xml:space="preserve">□ </w:t>
            </w:r>
            <w:r>
              <w:rPr>
                <w:sz w:val="19"/>
                <w:lang w:eastAsia="ja-JP"/>
              </w:rPr>
              <w:t>数字がない成果も、対応件数、削減時間、障害件数、レビュー件数などを再確認した</w:t>
            </w:r>
          </w:p>
        </w:tc>
      </w:tr>
      <w:tr w:rsidR="00E65DB4" w14:paraId="0FAE368E" w14:textId="77777777">
        <w:tc>
          <w:tcPr>
            <w:tcW w:w="93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8489FA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 xml:space="preserve">□ </w:t>
            </w:r>
            <w:r>
              <w:rPr>
                <w:sz w:val="19"/>
                <w:lang w:eastAsia="ja-JP"/>
              </w:rPr>
              <w:t>資格は取得名だけでなく、実務経験や応募先での活用方法と結びつけた</w:t>
            </w:r>
          </w:p>
        </w:tc>
      </w:tr>
      <w:tr w:rsidR="00E65DB4" w14:paraId="3C5DA94F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FAD72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 xml:space="preserve">□ </w:t>
            </w:r>
            <w:r>
              <w:rPr>
                <w:sz w:val="19"/>
                <w:lang w:eastAsia="ja-JP"/>
              </w:rPr>
              <w:t>応募先に合わせ、職務要約と自己</w:t>
            </w:r>
            <w:r>
              <w:rPr>
                <w:sz w:val="19"/>
                <w:lang w:eastAsia="ja-JP"/>
              </w:rPr>
              <w:t>PR</w:t>
            </w:r>
            <w:r>
              <w:rPr>
                <w:sz w:val="19"/>
                <w:lang w:eastAsia="ja-JP"/>
              </w:rPr>
              <w:t>の冒頭を調整した</w:t>
            </w:r>
          </w:p>
        </w:tc>
      </w:tr>
      <w:tr w:rsidR="00E65DB4" w14:paraId="3E34F011" w14:textId="77777777">
        <w:tc>
          <w:tcPr>
            <w:tcW w:w="93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50CB2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 xml:space="preserve">□ </w:t>
            </w:r>
            <w:r>
              <w:rPr>
                <w:sz w:val="19"/>
                <w:lang w:eastAsia="ja-JP"/>
              </w:rPr>
              <w:t>機密情報（顧客名、正式なシステム名、契約金額、個人情報）を一般化した</w:t>
            </w:r>
          </w:p>
        </w:tc>
      </w:tr>
      <w:tr w:rsidR="00E65DB4" w14:paraId="339B7F5F" w14:textId="77777777">
        <w:tc>
          <w:tcPr>
            <w:tcW w:w="93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EA8921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lastRenderedPageBreak/>
              <w:t xml:space="preserve">□ </w:t>
            </w:r>
            <w:r>
              <w:rPr>
                <w:sz w:val="19"/>
                <w:lang w:eastAsia="ja-JP"/>
              </w:rPr>
              <w:t>［入力］、編集メモ、黄色いガイド、このページを削除した</w:t>
            </w:r>
          </w:p>
        </w:tc>
      </w:tr>
      <w:tr w:rsidR="00E65DB4" w14:paraId="08FB66CE" w14:textId="77777777">
        <w:tc>
          <w:tcPr>
            <w:tcW w:w="93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224D1" w14:textId="77777777" w:rsidR="00E65DB4" w:rsidRDefault="00B479C1">
            <w:pPr>
              <w:spacing w:after="0" w:line="276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□ PDF</w:t>
            </w:r>
            <w:r>
              <w:rPr>
                <w:sz w:val="19"/>
                <w:lang w:eastAsia="ja-JP"/>
              </w:rPr>
              <w:t>化後にも改ページ、文字切れ、表の崩れがないか確認した</w:t>
            </w:r>
          </w:p>
        </w:tc>
      </w:tr>
    </w:tbl>
    <w:p w14:paraId="2FA3B07F" w14:textId="77777777" w:rsidR="00E65DB4" w:rsidRDefault="00B479C1">
      <w:pPr>
        <w:spacing w:before="200" w:after="0" w:line="288" w:lineRule="auto"/>
        <w:jc w:val="center"/>
        <w:rPr>
          <w:lang w:eastAsia="ja-JP"/>
        </w:rPr>
      </w:pPr>
      <w:r>
        <w:rPr>
          <w:b/>
          <w:color w:val="1F4D78"/>
          <w:sz w:val="19"/>
          <w:lang w:eastAsia="ja-JP"/>
        </w:rPr>
        <w:t>最終確認：書類だけで判断しにくい場合は、応募前に</w:t>
      </w:r>
      <w:r>
        <w:rPr>
          <w:b/>
          <w:color w:val="1F4D78"/>
          <w:sz w:val="19"/>
          <w:lang w:eastAsia="ja-JP"/>
        </w:rPr>
        <w:t>IT</w:t>
      </w:r>
      <w:r>
        <w:rPr>
          <w:b/>
          <w:color w:val="1F4D78"/>
          <w:sz w:val="19"/>
          <w:lang w:eastAsia="ja-JP"/>
        </w:rPr>
        <w:t>・</w:t>
      </w:r>
      <w:r>
        <w:rPr>
          <w:b/>
          <w:color w:val="1F4D78"/>
          <w:sz w:val="19"/>
          <w:lang w:eastAsia="ja-JP"/>
        </w:rPr>
        <w:t>SIer</w:t>
      </w:r>
      <w:r>
        <w:rPr>
          <w:b/>
          <w:color w:val="1F4D78"/>
          <w:sz w:val="19"/>
          <w:lang w:eastAsia="ja-JP"/>
        </w:rPr>
        <w:t>領域に強い転職エージェントの添削を受けましょう。</w:t>
      </w:r>
    </w:p>
    <w:sectPr w:rsidR="00E65DB4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427F9" w14:textId="77777777" w:rsidR="00B479C1" w:rsidRDefault="00B479C1">
      <w:pPr>
        <w:spacing w:after="0" w:line="240" w:lineRule="auto"/>
      </w:pPr>
      <w:r>
        <w:separator/>
      </w:r>
    </w:p>
  </w:endnote>
  <w:endnote w:type="continuationSeparator" w:id="0">
    <w:p w14:paraId="4E1177C3" w14:textId="77777777" w:rsidR="00B479C1" w:rsidRDefault="00B4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05C5" w14:textId="77777777" w:rsidR="00E65DB4" w:rsidRDefault="00B479C1">
    <w:pPr>
      <w:pStyle w:val="a7"/>
      <w:jc w:val="center"/>
    </w:pPr>
    <w:r>
      <w:rPr>
        <w:color w:val="5F6B7A"/>
        <w:sz w:val="17"/>
      </w:rPr>
      <w:t xml:space="preserve">- </w:t>
    </w:r>
    <w:r>
      <w:rPr>
        <w:color w:val="5F6B7A"/>
        <w:sz w:val="17"/>
      </w:rPr>
      <w:fldChar w:fldCharType="begin"/>
    </w:r>
    <w:r>
      <w:rPr>
        <w:color w:val="5F6B7A"/>
        <w:sz w:val="17"/>
      </w:rPr>
      <w:instrText xml:space="preserve"> PAGE </w:instrText>
    </w:r>
    <w:r w:rsidR="00DD73EA">
      <w:rPr>
        <w:color w:val="5F6B7A"/>
        <w:sz w:val="17"/>
      </w:rPr>
      <w:fldChar w:fldCharType="separate"/>
    </w:r>
    <w:r w:rsidR="00DD73EA">
      <w:rPr>
        <w:noProof/>
        <w:color w:val="5F6B7A"/>
        <w:sz w:val="17"/>
      </w:rPr>
      <w:t>1</w:t>
    </w:r>
    <w:r>
      <w:rPr>
        <w:color w:val="5F6B7A"/>
        <w:sz w:val="17"/>
      </w:rPr>
      <w:fldChar w:fldCharType="end"/>
    </w:r>
    <w:r>
      <w:rPr>
        <w:color w:val="5F6B7A"/>
        <w:sz w:val="17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DF357" w14:textId="77777777" w:rsidR="00B479C1" w:rsidRDefault="00B479C1">
      <w:pPr>
        <w:spacing w:after="0" w:line="240" w:lineRule="auto"/>
      </w:pPr>
      <w:r>
        <w:separator/>
      </w:r>
    </w:p>
  </w:footnote>
  <w:footnote w:type="continuationSeparator" w:id="0">
    <w:p w14:paraId="091B4F7C" w14:textId="77777777" w:rsidR="00B479C1" w:rsidRDefault="00B4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6541" w14:textId="77777777" w:rsidR="00E65DB4" w:rsidRDefault="00B479C1">
    <w:pPr>
      <w:pStyle w:val="a5"/>
      <w:rPr>
        <w:lang w:eastAsia="ja-JP"/>
      </w:rPr>
    </w:pPr>
    <w:r>
      <w:rPr>
        <w:b/>
        <w:color w:val="5F6B7A"/>
        <w:sz w:val="17"/>
        <w:lang w:eastAsia="ja-JP"/>
      </w:rPr>
      <w:t>SIer</w:t>
    </w:r>
    <w:r>
      <w:rPr>
        <w:b/>
        <w:color w:val="5F6B7A"/>
        <w:sz w:val="17"/>
        <w:lang w:eastAsia="ja-JP"/>
      </w:rPr>
      <w:t>キャリアアップ戦略室</w:t>
    </w:r>
    <w:r>
      <w:rPr>
        <w:b/>
        <w:color w:val="5F6B7A"/>
        <w:sz w:val="17"/>
        <w:lang w:eastAsia="ja-JP"/>
      </w:rPr>
      <w:t xml:space="preserve">  |  </w:t>
    </w:r>
    <w:r>
      <w:rPr>
        <w:b/>
        <w:color w:val="5F6B7A"/>
        <w:sz w:val="17"/>
        <w:lang w:eastAsia="ja-JP"/>
      </w:rPr>
      <w:t>年収アップ職務経歴書テンプレート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6689625">
    <w:abstractNumId w:val="8"/>
  </w:num>
  <w:num w:numId="2" w16cid:durableId="1977637344">
    <w:abstractNumId w:val="6"/>
  </w:num>
  <w:num w:numId="3" w16cid:durableId="1082945887">
    <w:abstractNumId w:val="5"/>
  </w:num>
  <w:num w:numId="4" w16cid:durableId="51077694">
    <w:abstractNumId w:val="4"/>
  </w:num>
  <w:num w:numId="5" w16cid:durableId="1053970995">
    <w:abstractNumId w:val="7"/>
  </w:num>
  <w:num w:numId="6" w16cid:durableId="1885948005">
    <w:abstractNumId w:val="3"/>
  </w:num>
  <w:num w:numId="7" w16cid:durableId="1674992559">
    <w:abstractNumId w:val="2"/>
  </w:num>
  <w:num w:numId="8" w16cid:durableId="1814061550">
    <w:abstractNumId w:val="1"/>
  </w:num>
  <w:num w:numId="9" w16cid:durableId="27506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26AEB"/>
    <w:rsid w:val="00AA1D8D"/>
    <w:rsid w:val="00B47730"/>
    <w:rsid w:val="00B479C1"/>
    <w:rsid w:val="00CB0664"/>
    <w:rsid w:val="00DD73EA"/>
    <w:rsid w:val="00E65D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C4F878"/>
  <w14:defaultImageDpi w14:val="300"/>
  <w15:docId w15:val="{2D7D0F53-1BA1-4D30-97D8-D62B87B2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300" w:lineRule="auto"/>
    </w:pPr>
    <w:rPr>
      <w:rFonts w:ascii="Noto Sans JP" w:eastAsia="Noto Sans JP" w:hAnsi="Noto Sans JP"/>
      <w:color w:val="1C243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SIer転職で年収アップを狙う職務経歴書テンプレート</dc:title>
  <dc:subject>担当工程・案件規模・役割・成果を整理する記入式テンプレート</dc:subject>
  <dc:creator>尚輝 土橋</dc:creator>
  <cp:keywords/>
  <dc:description>siercareerup.tech 配布用</dc:description>
  <cp:lastModifiedBy>尚輝 土橋</cp:lastModifiedBy>
  <cp:revision>2</cp:revision>
  <dcterms:created xsi:type="dcterms:W3CDTF">2026-07-18T07:17:00Z</dcterms:created>
  <dcterms:modified xsi:type="dcterms:W3CDTF">2026-07-18T07:17:00Z</dcterms:modified>
  <cp:category/>
</cp:coreProperties>
</file>