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7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4139"/>
        <w:gridCol w:w="5839"/>
      </w:tblGrid>
      <w:tr>
        <w:trPr>
          <w:cantSplit/>
          <w:trHeight w:val="567" w:hRule="atLeast"/>
        </w:trPr>
        <w:tc>
          <w:tcPr>
            <w:tcW w:type="dxa" w:w="4139"/>
            <w:vAlign w:val="cente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nil" w:sz="5" w:color="626262"/>
              <w:left w:val="nil" w:sz="5" w:color="626262"/>
              <w:bottom w:val="nil" w:sz="5" w:color="626262"/>
              <w:right w:val="nil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46"/>
              </w:rPr>
            </w:pPr>
            <w:r/>
            <w:r>
              <w:rPr>
                <w:rFonts w:ascii="ＭＳ ゴシック" w:hAnsi="ＭＳ ゴシック" w:eastAsia="ＭＳ ゴシック" w:cs="ＭＳ ゴシック"/>
                <w:b/>
                <w:color w:val="202020"/>
                <w:sz w:val="46"/>
                <w:lang w:val="ja-JP" w:eastAsia="ja-JP"/>
              </w:rPr>
              <w:t>履 歴 書</w:t>
            </w:r>
          </w:p>
        </w:tc>
        <w:tc>
          <w:tcPr>
            <w:tcW w:type="dxa" w:w="5839"/>
            <w:vAlign w:val="cente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nil" w:sz="5" w:color="626262"/>
              <w:left w:val="nil" w:sz="5" w:color="626262"/>
              <w:bottom w:val="nil" w:sz="5" w:color="626262"/>
              <w:right w:val="nil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righ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1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1"/>
                <w:lang w:val="ja-JP" w:eastAsia="ja-JP"/>
              </w:rPr>
              <w:t xml:space="preserve">　　　 年　　 月　　 日現在</w:t>
            </w:r>
          </w:p>
        </w:tc>
      </w:tr>
    </w:tbl>
    <w:p>
      <w:pPr>
        <w:keepNext w:val="0"/>
        <w:keepLines w:val="0"/>
        <w:widowControl w:val="0"/>
        <w:spacing w:before="0" w:after="0" w:line="227" w:lineRule="exact"/>
        <w:jc w:val="left"/>
        <w:snapToGrid w:val="0"/>
        <w:autoSpaceDE w:val="0"/>
        <w:autoSpaceDN w:val="0"/>
      </w:pPr>
      <w:r>
        <w:rPr>
          <w:rFonts w:ascii="ＭＳ ゴシック" w:hAnsi="ＭＳ ゴシック" w:eastAsia="ＭＳ ゴシック" w:cs="ＭＳ ゴシック"/>
          <w:b w:val="0"/>
          <w:color w:val="202020"/>
          <w:sz w:val="2"/>
          <w:lang w:val="ja-JP" w:eastAsia="ja-JP"/>
        </w:rPr>
      </w:r>
    </w:p>
    <w:tbl>
      <w:tblPr>
        <w:tblW w:type="dxa" w:w="997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247"/>
        <w:gridCol w:w="4535"/>
        <w:gridCol w:w="1928"/>
        <w:gridCol w:w="567"/>
        <w:gridCol w:w="1701"/>
      </w:tblGrid>
      <w:tr>
        <w:trPr>
          <w:cantSplit/>
          <w:trHeight w:val="454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18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18"/>
                <w:lang w:val="ja-JP" w:eastAsia="ja-JP"/>
              </w:rPr>
              <w:t>ふりがな</w:t>
            </w:r>
          </w:p>
        </w:tc>
        <w:tc>
          <w:tcPr>
            <w:tcW w:type="dxa" w:w="6463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gridSpan w:val="2"/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567"/>
            <w:vAlign w:val="center"/>
            <w:tcMar>
              <w:top w:w="0" w:type="dxa"/>
              <w:bottom w:w="0" w:type="dxa"/>
              <w:left w:w="0" w:type="dxa"/>
              <w:right w:w="0" w:type="dxa"/>
            </w:tcMar>
            <w:vMerge w:val="restart"/>
            <w:tcBorders>
              <w:top w:val="nil" w:sz="5" w:color="626262"/>
              <w:left w:val="nil" w:sz="5" w:color="626262"/>
              <w:bottom w:val="nil" w:sz="5" w:color="626262"/>
              <w:right w:val="nil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"/>
                <w:lang w:val="ja-JP" w:eastAsia="ja-JP"/>
              </w:rPr>
            </w:r>
          </w:p>
        </w:tc>
        <w:tc>
          <w:tcPr>
            <w:tcW w:type="dxa" w:w="1701"/>
            <w:vAlign w:val="center"/>
            <w:tcMar>
              <w:top w:w="0" w:type="dxa"/>
              <w:bottom w:w="0" w:type="dxa"/>
              <w:left w:w="0" w:type="dxa"/>
              <w:right w:w="0" w:type="dxa"/>
            </w:tcMar>
            <w:vMerge w:val="restart"/>
            <w:tcBorders>
              <w:top w:val="dashed" w:sz="4" w:color="999999"/>
              <w:left w:val="dashed" w:sz="4" w:color="999999"/>
              <w:bottom w:val="nil" w:sz="4" w:color="999999"/>
              <w:right w:val="dashed" w:sz="4" w:color="999999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tabs>
                <w:tab w:pos="850" w:val="center"/>
              </w:tabs>
              <w:autoSpaceDE w:val="0"/>
              <w:autoSpaceDN w:val="0"/>
              <w:rPr>
                <w:rFonts w:ascii="ＭＳ ゴシック" w:hAnsi="ＭＳ ゴシック" w:eastAsia="ＭＳ ゴシック"/>
                <w:sz w:val="16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666666"/>
                <w:sz w:val="16"/>
                <w:lang w:val="ja-JP" w:eastAsia="ja-JP"/>
              </w:rPr>
              <w:tab/>
              <w:t>写真貼付欄</w:t>
              <w:br/>
              <w:br/>
              <w:tab/>
              <w:t>縦 40mm</w:t>
              <w:br/>
              <w:tab/>
              <w:t>横 30mm</w:t>
              <w:br/>
              <w:br/>
              <w:tab/>
              <w:t>必要な場合に貼付</w:t>
            </w:r>
          </w:p>
        </w:tc>
      </w:tr>
      <w:tr>
        <w:trPr>
          <w:cantSplit/>
          <w:trHeight w:val="1020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0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0"/>
                <w:lang w:val="ja-JP" w:eastAsia="ja-JP"/>
              </w:rPr>
              <w:t>氏名</w:t>
            </w:r>
          </w:p>
        </w:tc>
        <w:tc>
          <w:tcPr>
            <w:tcW w:type="dxa" w:w="6463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gridSpan w:val="2"/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36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36"/>
                <w:lang w:val="ja-JP" w:eastAsia="ja-JP"/>
              </w:rPr>
            </w:r>
          </w:p>
        </w:tc>
        <w:tc>
          <w:tcPr>
            <w:tcW w:type="dxa" w:w="567"/>
            <w:vAlign w:val="center"/>
            <w:tcMar>
              <w:top w:w="0" w:type="dxa"/>
              <w:bottom w:w="0" w:type="dxa"/>
              <w:left w:w="0" w:type="dxa"/>
              <w:right w:w="0" w:type="dxa"/>
            </w:tcMar>
            <w:vMerge/>
            <w:tcBorders>
              <w:top w:val="nil" w:sz="5" w:color="626262"/>
              <w:left w:val="nil" w:sz="5" w:color="626262"/>
              <w:bottom w:val="nil" w:sz="5" w:color="626262"/>
              <w:right w:val="nil" w:sz="5" w:color="626262"/>
            </w:tcBorders>
          </w:tcPr>
          <w:p/>
        </w:tc>
        <w:tc>
          <w:tcPr>
            <w:tcW w:type="dxa" w:w="1701"/>
            <w:vAlign w:val="center"/>
            <w:tcMar>
              <w:top w:w="0" w:type="dxa"/>
              <w:bottom w:w="0" w:type="dxa"/>
              <w:left w:w="0" w:type="dxa"/>
              <w:right w:w="0" w:type="dxa"/>
            </w:tcMar>
            <w:vMerge/>
            <w:tcBorders>
              <w:top w:val="nil" w:sz="4" w:color="999999"/>
              <w:left w:val="dashed" w:sz="4" w:color="999999"/>
              <w:bottom w:val="nil" w:sz="4" w:color="999999"/>
              <w:right w:val="dashed" w:sz="4" w:color="999999"/>
            </w:tcBorders>
          </w:tcPr>
          <w:p/>
        </w:tc>
      </w:tr>
      <w:tr>
        <w:trPr>
          <w:cantSplit/>
          <w:trHeight w:val="794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18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18"/>
                <w:lang w:val="ja-JP" w:eastAsia="ja-JP"/>
              </w:rPr>
              <w:t>生年月日</w:t>
            </w:r>
          </w:p>
        </w:tc>
        <w:tc>
          <w:tcPr>
            <w:tcW w:type="dxa" w:w="4535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1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1"/>
                <w:lang w:val="ja-JP" w:eastAsia="ja-JP"/>
              </w:rPr>
              <w:t xml:space="preserve">　　 年　　月　　日生</w:t>
              <w:br/>
              <w:t>（満　　 歳）</w:t>
            </w:r>
          </w:p>
        </w:tc>
        <w:tc>
          <w:tcPr>
            <w:tcW w:type="dxa" w:w="1928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18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18"/>
                <w:lang w:val="ja-JP" w:eastAsia="ja-JP"/>
              </w:rPr>
              <w:t>性別（任意）</w:t>
              <w:br/>
            </w:r>
          </w:p>
        </w:tc>
        <w:tc>
          <w:tcPr>
            <w:tcW w:type="dxa" w:w="567"/>
            <w:vAlign w:val="center"/>
            <w:tcMar>
              <w:top w:w="0" w:type="dxa"/>
              <w:bottom w:w="0" w:type="dxa"/>
              <w:left w:w="0" w:type="dxa"/>
              <w:right w:w="0" w:type="dxa"/>
            </w:tcMar>
            <w:vMerge/>
            <w:tcBorders>
              <w:top w:val="nil" w:sz="5" w:color="626262"/>
              <w:left w:val="nil" w:sz="5" w:color="626262"/>
              <w:bottom w:val="nil" w:sz="5" w:color="626262"/>
              <w:right w:val="nil" w:sz="5" w:color="626262"/>
            </w:tcBorders>
          </w:tcPr>
          <w:p/>
        </w:tc>
        <w:tc>
          <w:tcPr>
            <w:tcW w:type="dxa" w:w="1701"/>
            <w:vAlign w:val="center"/>
            <w:tcMar>
              <w:top w:w="0" w:type="dxa"/>
              <w:bottom w:w="0" w:type="dxa"/>
              <w:left w:w="0" w:type="dxa"/>
              <w:right w:w="0" w:type="dxa"/>
            </w:tcMar>
            <w:vMerge/>
            <w:tcBorders>
              <w:top w:val="nil" w:sz="4" w:color="999999"/>
              <w:left w:val="dashed" w:sz="4" w:color="999999"/>
              <w:bottom w:val="dashed" w:sz="4" w:color="999999"/>
              <w:right w:val="dashed" w:sz="4" w:color="999999"/>
            </w:tcBorders>
          </w:tcPr>
          <w:p/>
        </w:tc>
      </w:tr>
    </w:tbl>
    <w:p>
      <w:pPr>
        <w:keepNext w:val="0"/>
        <w:keepLines w:val="0"/>
        <w:widowControl w:val="0"/>
        <w:spacing w:before="0" w:after="0" w:line="170" w:lineRule="exact"/>
        <w:jc w:val="left"/>
        <w:snapToGrid w:val="0"/>
        <w:autoSpaceDE w:val="0"/>
        <w:autoSpaceDN w:val="0"/>
      </w:pPr>
      <w:r>
        <w:rPr>
          <w:rFonts w:ascii="ＭＳ ゴシック" w:hAnsi="ＭＳ ゴシック" w:eastAsia="ＭＳ ゴシック" w:cs="ＭＳ ゴシック"/>
          <w:b w:val="0"/>
          <w:color w:val="202020"/>
          <w:sz w:val="2"/>
          <w:lang w:val="ja-JP" w:eastAsia="ja-JP"/>
        </w:rPr>
      </w:r>
    </w:p>
    <w:tbl>
      <w:tblPr>
        <w:tblW w:type="dxa" w:w="997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247"/>
        <w:gridCol w:w="8731"/>
      </w:tblGrid>
      <w:tr>
        <w:trPr>
          <w:cantSplit/>
          <w:trHeight w:val="397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18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18"/>
                <w:lang w:val="ja-JP" w:eastAsia="ja-JP"/>
              </w:rPr>
              <w:t>ふりがな</w:t>
            </w:r>
          </w:p>
        </w:tc>
        <w:tc>
          <w:tcPr>
            <w:tcW w:type="dxa" w:w="8731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1020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18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18"/>
                <w:lang w:val="ja-JP" w:eastAsia="ja-JP"/>
              </w:rPr>
              <w:t>現住所</w:t>
            </w:r>
          </w:p>
        </w:tc>
        <w:tc>
          <w:tcPr>
            <w:tcW w:type="dxa" w:w="8731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  <w:t>〒　　　－</w:t>
              <w:br/>
            </w:r>
          </w:p>
        </w:tc>
      </w:tr>
      <w:tr>
        <w:trPr>
          <w:cantSplit/>
          <w:trHeight w:val="454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18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18"/>
                <w:lang w:val="ja-JP" w:eastAsia="ja-JP"/>
              </w:rPr>
              <w:t>電話番号</w:t>
            </w:r>
          </w:p>
        </w:tc>
        <w:tc>
          <w:tcPr>
            <w:tcW w:type="dxa" w:w="8731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54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18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18"/>
                <w:lang w:val="ja-JP" w:eastAsia="ja-JP"/>
              </w:rPr>
              <w:t>メール</w:t>
            </w:r>
          </w:p>
        </w:tc>
        <w:tc>
          <w:tcPr>
            <w:tcW w:type="dxa" w:w="8731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397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18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18"/>
                <w:lang w:val="ja-JP" w:eastAsia="ja-JP"/>
              </w:rPr>
              <w:t>ふりがな</w:t>
            </w:r>
          </w:p>
        </w:tc>
        <w:tc>
          <w:tcPr>
            <w:tcW w:type="dxa" w:w="8731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1020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18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18"/>
                <w:lang w:val="ja-JP" w:eastAsia="ja-JP"/>
              </w:rPr>
              <w:t>連絡先</w:t>
            </w:r>
          </w:p>
        </w:tc>
        <w:tc>
          <w:tcPr>
            <w:tcW w:type="dxa" w:w="8731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  <w:t xml:space="preserve">〒　　　－　　　</w:t>
            </w:r>
            <w:r>
              <w:rPr>
                <w:rFonts w:ascii="ＭＳ ゴシック" w:hAnsi="ＭＳ ゴシック" w:eastAsia="ＭＳ ゴシック" w:cs="ＭＳ ゴシック"/>
                <w:b w:val="0"/>
                <w:color w:val="666666"/>
                <w:sz w:val="17"/>
                <w:lang w:val="ja-JP" w:eastAsia="ja-JP"/>
              </w:rPr>
              <w:t>（現住所以外への連絡を希望する場合のみ記入）</w:t>
            </w:r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  <w:br/>
            </w:r>
          </w:p>
        </w:tc>
      </w:tr>
      <w:tr>
        <w:trPr>
          <w:cantSplit/>
          <w:trHeight w:val="454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18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18"/>
                <w:lang w:val="ja-JP" w:eastAsia="ja-JP"/>
              </w:rPr>
              <w:t>連絡先電話</w:t>
            </w:r>
          </w:p>
        </w:tc>
        <w:tc>
          <w:tcPr>
            <w:tcW w:type="dxa" w:w="8731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</w:tbl>
    <w:p>
      <w:pPr>
        <w:keepNext w:val="0"/>
        <w:keepLines w:val="0"/>
        <w:widowControl w:val="0"/>
        <w:spacing w:before="0" w:after="0" w:line="283" w:lineRule="exact"/>
        <w:jc w:val="left"/>
        <w:snapToGrid w:val="0"/>
        <w:autoSpaceDE w:val="0"/>
        <w:autoSpaceDN w:val="0"/>
      </w:pPr>
      <w:r>
        <w:rPr>
          <w:rFonts w:ascii="ＭＳ ゴシック" w:hAnsi="ＭＳ ゴシック" w:eastAsia="ＭＳ ゴシック" w:cs="ＭＳ ゴシック"/>
          <w:b w:val="0"/>
          <w:color w:val="202020"/>
          <w:sz w:val="2"/>
          <w:lang w:val="ja-JP" w:eastAsia="ja-JP"/>
        </w:rPr>
      </w:r>
    </w:p>
    <w:tbl>
      <w:tblPr>
        <w:tblW w:type="dxa" w:w="997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247"/>
        <w:gridCol w:w="737"/>
        <w:gridCol w:w="7994"/>
      </w:tblGrid>
      <w:tr>
        <w:trPr>
          <w:cantSplit/>
          <w:trHeight w:val="454" w:hRule="atLeast"/>
          <w:tblHeader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0"/>
              </w:rPr>
            </w:pPr>
            <w:r/>
            <w:r>
              <w:rPr>
                <w:rFonts w:ascii="ＭＳ ゴシック" w:hAnsi="ＭＳ ゴシック" w:eastAsia="ＭＳ ゴシック" w:cs="ＭＳ ゴシック"/>
                <w:b/>
                <w:color w:val="202020"/>
                <w:sz w:val="20"/>
                <w:lang w:val="ja-JP" w:eastAsia="ja-JP"/>
              </w:rPr>
              <w:t>年</w:t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0"/>
              </w:rPr>
            </w:pPr>
            <w:r/>
            <w:r>
              <w:rPr>
                <w:rFonts w:ascii="ＭＳ ゴシック" w:hAnsi="ＭＳ ゴシック" w:eastAsia="ＭＳ ゴシック" w:cs="ＭＳ ゴシック"/>
                <w:b/>
                <w:color w:val="202020"/>
                <w:sz w:val="20"/>
                <w:lang w:val="ja-JP" w:eastAsia="ja-JP"/>
              </w:rPr>
              <w:t>月</w:t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0"/>
              </w:rPr>
            </w:pPr>
            <w:r/>
            <w:r>
              <w:rPr>
                <w:rFonts w:ascii="ＭＳ ゴシック" w:hAnsi="ＭＳ ゴシック" w:eastAsia="ＭＳ ゴシック" w:cs="ＭＳ ゴシック"/>
                <w:b/>
                <w:color w:val="202020"/>
                <w:sz w:val="20"/>
                <w:lang w:val="ja-JP" w:eastAsia="ja-JP"/>
              </w:rPr>
              <w:t>学歴・職歴（それぞれまとめて記入）</w:t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</w:tbl>
    <w:p>
      <w:pPr>
        <w:keepNext w:val="0"/>
        <w:keepLines w:val="0"/>
        <w:widowControl w:val="0"/>
        <w:spacing w:before="0" w:after="0" w:line="113" w:lineRule="exact"/>
        <w:jc w:val="left"/>
        <w:snapToGrid w:val="0"/>
        <w:autoSpaceDE w:val="0"/>
        <w:autoSpaceDN w:val="0"/>
      </w:pPr>
      <w:r>
        <w:rPr>
          <w:rFonts w:ascii="ＭＳ ゴシック" w:hAnsi="ＭＳ ゴシック" w:eastAsia="ＭＳ ゴシック" w:cs="ＭＳ ゴシック"/>
          <w:b w:val="0"/>
          <w:color w:val="202020"/>
          <w:sz w:val="2"/>
          <w:lang w:val="ja-JP" w:eastAsia="ja-JP"/>
        </w:rPr>
      </w:r>
    </w:p>
    <w:p>
      <w:pPr>
        <w:keepNext w:val="0"/>
        <w:keepLines w:val="0"/>
        <w:widowControl w:val="0"/>
        <w:spacing w:before="0" w:after="0" w:line="240" w:lineRule="auto"/>
        <w:jc w:val="left"/>
        <w:snapToGrid w:val="0"/>
        <w:autoSpaceDE w:val="0"/>
        <w:autoSpaceDN w:val="0"/>
      </w:pPr>
      <w:r>
        <w:rPr>
          <w:rFonts w:ascii="ＭＳ ゴシック" w:hAnsi="ＭＳ ゴシック" w:eastAsia="ＭＳ ゴシック" w:cs="ＭＳ ゴシック"/>
          <w:b w:val="0"/>
          <w:color w:val="666666"/>
          <w:sz w:val="16"/>
          <w:lang w:val="ja-JP" w:eastAsia="ja-JP"/>
        </w:rPr>
        <w:t>※ 性別の記入は任意です。空欄でもかまいません。</w:t>
      </w:r>
    </w:p>
    <w:p>
      <w:pPr>
        <w:keepNext w:val="0"/>
        <w:keepLines w:val="0"/>
        <w:widowControl w:val="0"/>
        <w:spacing w:before="0" w:after="0" w:line="20" w:lineRule="exact"/>
        <w:jc w:val="left"/>
        <w:snapToGrid w:val="0"/>
        <w:autoSpaceDE w:val="0"/>
        <w:autoSpaceDN w:val="0"/>
      </w:pPr>
      <w:r>
        <w:br w:type="page"/>
      </w:r>
    </w:p>
    <w:tbl>
      <w:tblPr>
        <w:tblW w:type="dxa" w:w="9979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443"/>
        <w:gridCol w:w="794"/>
        <w:gridCol w:w="3742"/>
      </w:tblGrid>
      <w:tr>
        <w:trPr>
          <w:cantSplit/>
          <w:trHeight w:val="567" w:hRule="atLeast"/>
        </w:trPr>
        <w:tc>
          <w:tcPr>
            <w:tcW w:type="dxa" w:w="5443"/>
            <w:vAlign w:val="cente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nil" w:sz="5" w:color="626262"/>
              <w:left w:val="nil" w:sz="5" w:color="626262"/>
              <w:bottom w:val="nil" w:sz="5" w:color="626262"/>
              <w:right w:val="nil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30"/>
              </w:rPr>
            </w:pPr>
            <w:r/>
            <w:r>
              <w:rPr>
                <w:rFonts w:ascii="ＭＳ ゴシック" w:hAnsi="ＭＳ ゴシック" w:eastAsia="ＭＳ ゴシック" w:cs="ＭＳ ゴシック"/>
                <w:b/>
                <w:color w:val="202020"/>
                <w:sz w:val="30"/>
                <w:lang w:val="ja-JP" w:eastAsia="ja-JP"/>
              </w:rPr>
              <w:t>履歴書（続き）</w:t>
            </w:r>
          </w:p>
        </w:tc>
        <w:tc>
          <w:tcPr>
            <w:tcW w:type="dxa" w:w="794"/>
            <w:vAlign w:val="cente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nil" w:sz="5" w:color="626262"/>
              <w:left w:val="nil" w:sz="5" w:color="626262"/>
              <w:bottom w:val="nil" w:sz="5" w:color="626262"/>
              <w:right w:val="nil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0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0"/>
                <w:lang w:val="ja-JP" w:eastAsia="ja-JP"/>
              </w:rPr>
              <w:t>氏名</w:t>
            </w:r>
          </w:p>
        </w:tc>
        <w:tc>
          <w:tcPr>
            <w:tcW w:type="dxa" w:w="3742"/>
            <w:vAlign w:val="cente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nil" w:sz="5" w:color="626262"/>
              <w:left w:val="nil" w:sz="5" w:color="626262"/>
              <w:bottom w:val="single" w:sz="4" w:color="999999"/>
              <w:right w:val="nil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</w:tbl>
    <w:p>
      <w:pPr>
        <w:keepNext w:val="0"/>
        <w:keepLines w:val="0"/>
        <w:widowControl w:val="0"/>
        <w:spacing w:before="0" w:after="0" w:line="227" w:lineRule="exact"/>
        <w:jc w:val="left"/>
        <w:snapToGrid w:val="0"/>
        <w:autoSpaceDE w:val="0"/>
        <w:autoSpaceDN w:val="0"/>
      </w:pPr>
      <w:r>
        <w:rPr>
          <w:rFonts w:ascii="ＭＳ ゴシック" w:hAnsi="ＭＳ ゴシック" w:eastAsia="ＭＳ ゴシック" w:cs="ＭＳ ゴシック"/>
          <w:b w:val="0"/>
          <w:color w:val="202020"/>
          <w:sz w:val="2"/>
          <w:lang w:val="ja-JP" w:eastAsia="ja-JP"/>
        </w:rPr>
      </w:r>
    </w:p>
    <w:tbl>
      <w:tblPr>
        <w:tblW w:type="dxa" w:w="997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247"/>
        <w:gridCol w:w="737"/>
        <w:gridCol w:w="7994"/>
      </w:tblGrid>
      <w:tr>
        <w:trPr>
          <w:cantSplit/>
          <w:trHeight w:val="454" w:hRule="atLeast"/>
          <w:tblHeader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0"/>
              </w:rPr>
            </w:pPr>
            <w:r/>
            <w:r>
              <w:rPr>
                <w:rFonts w:ascii="ＭＳ ゴシック" w:hAnsi="ＭＳ ゴシック" w:eastAsia="ＭＳ ゴシック" w:cs="ＭＳ ゴシック"/>
                <w:b/>
                <w:color w:val="202020"/>
                <w:sz w:val="20"/>
                <w:lang w:val="ja-JP" w:eastAsia="ja-JP"/>
              </w:rPr>
              <w:t>年</w:t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0"/>
              </w:rPr>
            </w:pPr>
            <w:r/>
            <w:r>
              <w:rPr>
                <w:rFonts w:ascii="ＭＳ ゴシック" w:hAnsi="ＭＳ ゴシック" w:eastAsia="ＭＳ ゴシック" w:cs="ＭＳ ゴシック"/>
                <w:b/>
                <w:color w:val="202020"/>
                <w:sz w:val="20"/>
                <w:lang w:val="ja-JP" w:eastAsia="ja-JP"/>
              </w:rPr>
              <w:t>月</w:t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0"/>
              </w:rPr>
            </w:pPr>
            <w:r/>
            <w:r>
              <w:rPr>
                <w:rFonts w:ascii="ＭＳ ゴシック" w:hAnsi="ＭＳ ゴシック" w:eastAsia="ＭＳ ゴシック" w:cs="ＭＳ ゴシック"/>
                <w:b/>
                <w:color w:val="202020"/>
                <w:sz w:val="20"/>
                <w:lang w:val="ja-JP" w:eastAsia="ja-JP"/>
              </w:rPr>
              <w:t>学歴・職歴（前ページの続き）</w:t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</w:tbl>
    <w:p>
      <w:pPr>
        <w:keepNext w:val="0"/>
        <w:keepLines w:val="0"/>
        <w:widowControl w:val="0"/>
        <w:spacing w:before="0" w:after="0" w:line="283" w:lineRule="exact"/>
        <w:jc w:val="left"/>
        <w:snapToGrid w:val="0"/>
        <w:autoSpaceDE w:val="0"/>
        <w:autoSpaceDN w:val="0"/>
      </w:pPr>
      <w:r>
        <w:rPr>
          <w:rFonts w:ascii="ＭＳ ゴシック" w:hAnsi="ＭＳ ゴシック" w:eastAsia="ＭＳ ゴシック" w:cs="ＭＳ ゴシック"/>
          <w:b w:val="0"/>
          <w:color w:val="202020"/>
          <w:sz w:val="2"/>
          <w:lang w:val="ja-JP" w:eastAsia="ja-JP"/>
        </w:rPr>
      </w:r>
    </w:p>
    <w:tbl>
      <w:tblPr>
        <w:tblW w:type="dxa" w:w="997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247"/>
        <w:gridCol w:w="737"/>
        <w:gridCol w:w="7994"/>
      </w:tblGrid>
      <w:tr>
        <w:trPr>
          <w:cantSplit/>
          <w:trHeight w:val="454" w:hRule="atLeast"/>
          <w:tblHeader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0"/>
              </w:rPr>
            </w:pPr>
            <w:r/>
            <w:r>
              <w:rPr>
                <w:rFonts w:ascii="ＭＳ ゴシック" w:hAnsi="ＭＳ ゴシック" w:eastAsia="ＭＳ ゴシック" w:cs="ＭＳ ゴシック"/>
                <w:b/>
                <w:color w:val="202020"/>
                <w:sz w:val="20"/>
                <w:lang w:val="ja-JP" w:eastAsia="ja-JP"/>
              </w:rPr>
              <w:t>年</w:t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0"/>
              </w:rPr>
            </w:pPr>
            <w:r/>
            <w:r>
              <w:rPr>
                <w:rFonts w:ascii="ＭＳ ゴシック" w:hAnsi="ＭＳ ゴシック" w:eastAsia="ＭＳ ゴシック" w:cs="ＭＳ ゴシック"/>
                <w:b/>
                <w:color w:val="202020"/>
                <w:sz w:val="20"/>
                <w:lang w:val="ja-JP" w:eastAsia="ja-JP"/>
              </w:rPr>
              <w:t>月</w:t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0"/>
              </w:rPr>
            </w:pPr>
            <w:r/>
            <w:r>
              <w:rPr>
                <w:rFonts w:ascii="ＭＳ ゴシック" w:hAnsi="ＭＳ ゴシック" w:eastAsia="ＭＳ ゴシック" w:cs="ＭＳ ゴシック"/>
                <w:b/>
                <w:color w:val="202020"/>
                <w:sz w:val="20"/>
                <w:lang w:val="ja-JP" w:eastAsia="ja-JP"/>
              </w:rPr>
              <w:t>免許・資格</w:t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  <w:tr>
        <w:trPr>
          <w:cantSplit/>
          <w:trHeight w:val="471" w:hRule="atLeast"/>
        </w:trPr>
        <w:tc>
          <w:tcPr>
            <w:tcW w:type="dxa" w:w="124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37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center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  <w:tc>
          <w:tcPr>
            <w:tcW w:type="dxa" w:w="7994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</w:tbl>
    <w:p>
      <w:pPr>
        <w:keepNext w:val="0"/>
        <w:keepLines w:val="0"/>
        <w:widowControl w:val="0"/>
        <w:spacing w:before="0" w:after="0" w:line="283" w:lineRule="exact"/>
        <w:jc w:val="left"/>
        <w:snapToGrid w:val="0"/>
        <w:autoSpaceDE w:val="0"/>
        <w:autoSpaceDN w:val="0"/>
      </w:pPr>
      <w:r>
        <w:rPr>
          <w:rFonts w:ascii="ＭＳ ゴシック" w:hAnsi="ＭＳ ゴシック" w:eastAsia="ＭＳ ゴシック" w:cs="ＭＳ ゴシック"/>
          <w:b w:val="0"/>
          <w:color w:val="202020"/>
          <w:sz w:val="2"/>
          <w:lang w:val="ja-JP" w:eastAsia="ja-JP"/>
        </w:rPr>
      </w:r>
    </w:p>
    <w:tbl>
      <w:tblPr>
        <w:tblW w:type="dxa" w:w="997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978"/>
      </w:tblGrid>
      <w:tr>
        <w:trPr>
          <w:cantSplit/>
          <w:trHeight w:val="454" w:hRule="atLeast"/>
        </w:trPr>
        <w:tc>
          <w:tcPr>
            <w:tcW w:type="dxa" w:w="9978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1"/>
              </w:rPr>
            </w:pPr>
            <w:r/>
            <w:r>
              <w:rPr>
                <w:rFonts w:ascii="ＭＳ ゴシック" w:hAnsi="ＭＳ ゴシック" w:eastAsia="ＭＳ ゴシック" w:cs="ＭＳ ゴシック"/>
                <w:b/>
                <w:color w:val="202020"/>
                <w:sz w:val="21"/>
                <w:lang w:val="ja-JP" w:eastAsia="ja-JP"/>
              </w:rPr>
              <w:t>志望動機・自己PRなど</w:t>
            </w:r>
          </w:p>
        </w:tc>
      </w:tr>
      <w:tr>
        <w:trPr>
          <w:cantSplit/>
          <w:trHeight w:val="2721" w:hRule="atLeast"/>
        </w:trPr>
        <w:tc>
          <w:tcPr>
            <w:tcW w:type="dxa" w:w="9978"/>
            <w:vAlign w:val="top"/>
            <w:tcMar>
              <w:top w:w="170" w:type="dxa"/>
              <w:bottom w:w="170" w:type="dxa"/>
              <w:left w:w="170" w:type="dxa"/>
              <w:right w:w="170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30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</w:tbl>
    <w:p>
      <w:pPr>
        <w:keepNext w:val="0"/>
        <w:keepLines w:val="0"/>
        <w:widowControl w:val="0"/>
        <w:spacing w:before="0" w:after="0" w:line="283" w:lineRule="exact"/>
        <w:jc w:val="left"/>
        <w:snapToGrid w:val="0"/>
        <w:autoSpaceDE w:val="0"/>
        <w:autoSpaceDN w:val="0"/>
      </w:pPr>
      <w:r>
        <w:rPr>
          <w:rFonts w:ascii="ＭＳ ゴシック" w:hAnsi="ＭＳ ゴシック" w:eastAsia="ＭＳ ゴシック" w:cs="ＭＳ ゴシック"/>
          <w:b w:val="0"/>
          <w:color w:val="202020"/>
          <w:sz w:val="2"/>
          <w:lang w:val="ja-JP" w:eastAsia="ja-JP"/>
        </w:rPr>
      </w:r>
    </w:p>
    <w:tbl>
      <w:tblPr>
        <w:tblW w:type="dxa" w:w="997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978"/>
      </w:tblGrid>
      <w:tr>
        <w:trPr>
          <w:cantSplit/>
          <w:trHeight w:val="454" w:hRule="atLeast"/>
        </w:trPr>
        <w:tc>
          <w:tcPr>
            <w:tcW w:type="dxa" w:w="9978"/>
            <w:vAlign w:val="center"/>
            <w:tcMar>
              <w:top w:w="57" w:type="dxa"/>
              <w:bottom w:w="57" w:type="dxa"/>
              <w:left w:w="113" w:type="dxa"/>
              <w:right w:w="113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  <w:shd w:val="clear" w:fill="F4F4F4"/>
          </w:tcPr>
          <w:p>
            <w:pPr>
              <w:keepNext w:val="0"/>
              <w:keepLines w:val="0"/>
              <w:widowControl w:val="0"/>
              <w:spacing w:before="0" w:after="0" w:line="24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1"/>
              </w:rPr>
            </w:pPr>
            <w:r/>
            <w:r>
              <w:rPr>
                <w:rFonts w:ascii="ＭＳ ゴシック" w:hAnsi="ＭＳ ゴシック" w:eastAsia="ＭＳ ゴシック" w:cs="ＭＳ ゴシック"/>
                <w:b/>
                <w:color w:val="202020"/>
                <w:sz w:val="21"/>
                <w:lang w:val="ja-JP" w:eastAsia="ja-JP"/>
              </w:rPr>
              <w:t>本人希望記入欄</w:t>
            </w:r>
            <w:r>
              <w:rPr>
                <w:rFonts w:ascii="ＭＳ ゴシック" w:hAnsi="ＭＳ ゴシック" w:eastAsia="ＭＳ ゴシック" w:cs="ＭＳ ゴシック"/>
                <w:b w:val="0"/>
                <w:color w:val="666666"/>
                <w:sz w:val="17"/>
                <w:lang w:val="ja-JP" w:eastAsia="ja-JP"/>
              </w:rPr>
              <w:t xml:space="preserve">　職種・勤務地・勤務時間など、希望がある場合に記入</w:t>
            </w:r>
          </w:p>
        </w:tc>
      </w:tr>
      <w:tr>
        <w:trPr>
          <w:cantSplit/>
          <w:trHeight w:val="2551" w:hRule="atLeast"/>
        </w:trPr>
        <w:tc>
          <w:tcPr>
            <w:tcW w:type="dxa" w:w="9978"/>
            <w:vAlign w:val="top"/>
            <w:tcMar>
              <w:top w:w="170" w:type="dxa"/>
              <w:bottom w:w="170" w:type="dxa"/>
              <w:left w:w="170" w:type="dxa"/>
              <w:right w:w="170" w:type="dxa"/>
            </w:tcMar>
            <w:tcBorders>
              <w:top w:val="single" w:sz="5" w:color="626262"/>
              <w:left w:val="single" w:sz="5" w:color="626262"/>
              <w:bottom w:val="single" w:sz="5" w:color="626262"/>
              <w:right w:val="single" w:sz="5" w:color="626262"/>
            </w:tcBorders>
          </w:tcPr>
          <w:p>
            <w:pPr>
              <w:keepNext w:val="0"/>
              <w:keepLines w:val="0"/>
              <w:widowControl w:val="0"/>
              <w:spacing w:before="0" w:after="0" w:line="300" w:lineRule="auto"/>
              <w:jc w:val="left"/>
              <w:snapToGrid w:val="0"/>
              <w:autoSpaceDE w:val="0"/>
              <w:autoSpaceDN w:val="0"/>
              <w:rPr>
                <w:rFonts w:ascii="ＭＳ ゴシック" w:hAnsi="ＭＳ ゴシック" w:eastAsia="ＭＳ ゴシック"/>
                <w:sz w:val="22"/>
              </w:rPr>
            </w:pPr>
            <w:r/>
            <w:r>
              <w:rPr>
                <w:rFonts w:ascii="ＭＳ ゴシック" w:hAnsi="ＭＳ ゴシック" w:eastAsia="ＭＳ ゴシック" w:cs="ＭＳ ゴシック"/>
                <w:b w:val="0"/>
                <w:color w:val="202020"/>
                <w:sz w:val="22"/>
                <w:lang w:val="ja-JP" w:eastAsia="ja-JP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964" w:right="964" w:bottom="964" w:left="964" w:header="454" w:footer="454" w:gutter="0"/>
      <w:cols w:space="720"/>
      <w:docGrid w:linePitch="360" w:type="default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keepLines w:val="0"/>
      <w:widowControl w:val="0"/>
      <w:spacing w:before="0" w:after="0" w:line="240" w:lineRule="auto"/>
      <w:jc w:val="right"/>
      <w:snapToGrid w:val="0"/>
      <w:autoSpaceDE w:val="0"/>
      <w:autoSpaceDN w:val="0"/>
    </w:pPr>
    <w:fldSimple w:instr="PAGE">
      <w:r>
        <w:rPr>
          <w:rFonts w:ascii="ＭＳ ゴシック" w:hAnsi="ＭＳ ゴシック" w:eastAsia="ＭＳ ゴシック"/>
          <w:sz w:val="16"/>
          <w:color w:val="666666"/>
        </w:rPr>
        <w:t>1</w:t>
      </w:r>
    </w:fldSimple>
    <w:r>
      <w:rPr>
        <w:rFonts w:ascii="ＭＳ ゴシック" w:hAnsi="ＭＳ ゴシック" w:eastAsia="ＭＳ ゴシック" w:cs="ＭＳ ゴシック"/>
        <w:b w:val="0"/>
        <w:color w:val="666666"/>
        <w:sz w:val="16"/>
        <w:lang w:val="ja-JP" w:eastAsia="ja-JP"/>
      </w:rPr>
      <w:t xml:space="preserve"> / </w:t>
    </w:r>
    <w:fldSimple w:instr="NUMPAGES">
      <w:r>
        <w:rPr>
          <w:rFonts w:ascii="ＭＳ ゴシック" w:hAnsi="ＭＳ ゴシック" w:eastAsia="ＭＳ ゴシック"/>
          <w:sz w:val="16"/>
          <w:color w:val="666666"/>
        </w:rPr>
        <w:t>2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4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 w:val="0"/>
      <w:spacing w:after="0" w:line="240" w:lineRule="auto"/>
    </w:pPr>
    <w:rPr>
      <w:rFonts w:ascii="ＭＳ ゴシック" w:hAnsi="ＭＳ ゴシック" w:eastAsia="ＭＳ ゴシック"/>
      <w:color w:val="202020"/>
      <w:sz w:val="22"/>
      <w:lang w:val="ja-JP" w:eastAsia="ja-JP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履歴書テンプレート（A4・2ページ）</dc:title>
  <dc:subject>基本情報・学歴・職歴・免許資格・志望動機・本人希望の記入用</dc:subject>
  <dc:creator/>
  <cp:keywords>履歴書, Word, テンプレート, A4</cp:keywords>
  <dc:description/>
  <cp:lastModifiedBy/>
  <cp:revision>1</cp:revision>
  <dcterms:created xsi:type="dcterms:W3CDTF">2026-09-22T00:00:00Z</dcterms:created>
  <dcterms:modified xsi:type="dcterms:W3CDTF">2026-09-22T00:00:00Z</dcterms:modified>
  <cp:category/>
</cp:coreProperties>
</file>